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3Cob/478/2011 z 31. 1. 2012</w:t>
      </w:r>
    </w:p>
    <w:p>
      <w:r>
        <w:t>Uznesenie Krajského súdu Bratislava z 31. januára 2012, sp. zn. 3Cob/478/2011, ECLI:SK:KSBA:2012:1205200028.3</w:t>
      </w:r>
    </w:p>
    <w:p>
      <w:r>
        <w:t>Súd: Krajský súd Bratislava</w:t>
      </w:r>
    </w:p>
    <w:p>
      <w:r>
        <w:t>Spisová značka: 3Cob/478/2011</w:t>
      </w:r>
    </w:p>
    <w:p>
      <w:r>
        <w:t>ECLI: ECLI:SK:KSBA:2012:1205200028.3</w:t>
      </w:r>
    </w:p>
    <w:p>
      <w:r>
        <w:t>Dátum vydania: 31.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3Cob/478/2011 Identifikačné číslo súdneho spisu: 1205200028 Dátum vydania rozhodnutia: 01. 02. 2012 Meno a priezvisko sudcu, VSÚ: JUDr. Helena Škrinárová ECLI: ECLI:SK:KSBA:2012:1205200028.3 Uznesenie Krajský súd v Bratislave v právnej veci žalobcu Lekáreň pri nemocnici, s.r.o., Vojty 868, Čadca, IČO: 31 638 511, práv. zást. JUDr. Alena Glajchová, advokátka, Bernolákova 2476, 955 01 Topoľčany, proti žalovanému Všeobecná zdravotná poisťovňa, a.s., Mamateyova 17, Bratislava, IČO: 35 937 874, o zaplatenie 10.057,52 eur (302.992,99 Sk) a o odvolaní žalovaného proti rozsudku Okresného súdu Bratislava II v Bratislave č.k. 22Cb 24/2005-26 zo dňa 18.5.2005 a o späťvzatí návrhu na začatie konania, takto r o z h o d o l : Krajský súd v Bratislave pripúšťa späťvzatie návrhu, rozsudok Okresného súdu Bratislava II v Bratislave č.k. 22Cb 24/2005-26 zo dňa 18.5.2005 zrušuje a konanie zastavuje. Žalobcovi náhradu trov odvolacieho konania nepriznáva. o d ô v o d n e n i e : Napadnutým rozsudkom súd prvého stupňa uložil žalovanému povinnosť zaplatiť žalobcovi sumu 226.980,77 Sk a na náhradu trov konania sumu 25.397,- Sk. Na odvolanie žalovaného Krajský súd v Bratislave ako súd odvolací rozsudok súdu prvého stupňa zmenil tak, že žalovanému uložil povinnosť zaplatiť žalobcovi sumu 77.667,11 Sk a žiadnemu z účastníkov nepriznal náhradu trov konania. Najvyšší súd SR rozsudkom sp. zn. 4Obdo 17/06 z 30.10.2007 zamietol dovolanie žalobcu proti rozsudku odvolacieho súdu sp. zn. 3Cob/245/2005-49. Nálezom Ústavného súdu SR sp. zn. IV. ÚS 66/08-29 zo 17. júna 2008 bol rozsudok dovolacieho súd sp. zn. 4Obdo 17/06 zrušený a vec vrátená NS SR na ďalšie konanie. Najvyšší súd SR uznesením zo dňa 29.9.2011 pod č.k. 5Obdo 15/2011-85 ako súd dovolací zrušil rozsudok Krajského súdu v Bratislave z 13.2.2006 č.k. 3Cob 245/2005-49 a vrátil vec odvolaciemu súdu na ďalšie konanie. Podaním doručeným súdu 10.1.2012 vzal žalobca návrh na začatie konania späť a navrhol konanie zastaviť z dôvodu, že žalovaný zaplatil žalobcovi pohľadávku vo výške 226.980,77 Sk (7.534,38 eur) a trovy právneho zastúpenia. Žalovaný so späťvzatím návrhu súhlasil. Podľa ustanovenia § 208 O.s.p., ak je návrh na začatie konania vzatý späť, keď už rozhodol súd prvého stupňa, ale jeho rozhodnutie nie je dosiaľ právoplatné, odvolací súd rozhodne o pripustení späťvzatia, ak s ním súhlasí žalovaný. Rozsudok súdu prvého stupňa nie je dosiaľ právoplatný, a preto odvolací súd rozhodol tak, ako je vo výroku tohto uznesenia. O trovách odvolacieho konania malo byť rozhodnuté podľa § 146 ods. 2 O.s.p. tak, že súd ich prizná úspešnému žalobcovi. Žalobca si v odvolacom konaní trovy neuplatnil z dôvodu, že žalovaný mu trovy právneho zastúpenia zaplatil, a preto súd mu ich náhradu nepriznal. Toto rozhodnutie prijal Krajský súd v Bratislave v senáte pomerom hlasov 3 : 0 (§ 3 ods. 9 zákona č. 757/2004 Z.z. o súdoch a o zmene a doplnení niektorých zákonov v znení účinnom od 1. mája 2011). Poučenie: Proti tomuto uzneseniu odvolanie nie je prípustné.</w:t>
      </w:r>
    </w:p>
    <w:p/>
    <w:p>
      <w:r>
        <w:t>Zdroj: KAUZIS.SK – https://www.kauzis.sk/judikatura/r/ECLI:SK:KSBA:2012:1205200028.3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