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21CoE/2/2012 z 30. 7. 2012</w:t>
      </w:r>
    </w:p>
    <w:p>
      <w:r>
        <w:t>Uznesenie Krajského súdu Bratislava z 30. júla 2012, sp. zn. 21CoE/2/2012, ECLI:SK:KSBA:2012:1206215224.1</w:t>
      </w:r>
    </w:p>
    <w:p>
      <w:r>
        <w:t>Súd: Krajský súd Bratislava</w:t>
      </w:r>
    </w:p>
    <w:p>
      <w:r>
        <w:t>Spisová značka: 21CoE/2/2012</w:t>
      </w:r>
    </w:p>
    <w:p>
      <w:r>
        <w:t>ECLI: ECLI:SK:KSBA:2012:1206215224.1</w:t>
      </w:r>
    </w:p>
    <w:p>
      <w:r>
        <w:t>Dátum vydania: 30. 7.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21CoE/2/2012 Identifikačné číslo súdneho spisu: 1206215224 Dátum vydania rozhodnutia: 31. 07. 2012 Meno a priezvisko sudcu, VSÚ: JUDr. Eugen Palášthy ECLI: ECLI:SK:KSBA:2012:1206215224.1 Uznesenie Krajský súd v Bratislave v exekučnej veci oprávneného: Dopravný podnik Bratislava, IČO: 00 492 736, Olejkárska 1, Bratislava, zast.: JUDr. Marián Chovanec, advokát, P.O.BOX 259, Bratislava, proti povinnému: W. M., I..: XX.XX.XXXX, Ú.: XX.XX.XXXX, I. Z.: N. XX, Z., vedenej súdnym exekútorom: Mgr. Vladimír Usačev, so sídlom exekútorského úradu Lehotského 4, Bratislava, pod č. EX 7722/2006, o odvolaní oprávneného proti uzneseniu Okresného súdu Bratislava II č. k. 37Er/4035/2006 - 12 zo dňa 05.08.2011, takto r o z h o d o l : Krajský súd v Bratislave uznesenie Okresného súdu Bratislava II č. k. 37Er/4035/2006 - 12 zo dňa 05.08.2011 vo výroku o trovách exekúcie potvrdzuje. o d ô v o d n e n i e : Napadnutým uznesením č. k. 37Er/4035/2006 - 12 zo dňa 05.08.2011 Okresný súd Bratislava II zastavil exekúciu vedenú súdnym exekútorom Mgr. Vladimírom Usačevom pod č. EX 7722/2006 podľa § 57 ods. 2 zákona č. 233/1995 Z.z. o súdnych exekútoroch a exekučnej činnosti (ďalej len „Ex. por.“) z dôvodu, že povinný v priebehu exekúcie zomrel. Súčasne prvostupňový súd uložil v zmysle § 203 Ex. por. oprávnenému povinnosť uhradiť súdnemu exekútorovi trovy exekúcie vo výške 87,62 Eur. Voči tomuto uzneseniu podal oprávnený odvolanie v časti trov konania s poukazom na možnosť súdu uplatniť pri trovách konania moderačné právo podľa § 150 ods. 2 O.s.p. Oprávnený navrhoval, aby súd uplatnil toto moderačné právo týkajúce sa trov konania a primerane znížil náhradu trov exekučného konania. Taktiež sa oprávnený v tomto odvolaní vyjadril k zastaveniu exekučného konania pre nezaplatenie preddavku na odmenu súdneho exekútora a na náhradu jeho hotových výdavkov. K odvolaniu oprávneného sa vyjadril súdny exekútor s tým, že namietal použitie moderačného práva pri trovách exekúcie podľa § 150 ods. 2 O.s.p., pretože trovy exekučného konania upravuje Ex. por. a vyhláška Ministerstva spravodlivosti č. 288/1995 Z.z. o odmenách a náhradách súdnych exekútorov (ďalej len „vyhláška“) ako lex specialis k O.s.p. Podľa § 57 ods. 2 Ex. por. exekúciu môže súd zastaviť aj vtedy, ak to vyplýva z ustanovení tohto alebo osobitného zákona. Podľa § 202 ods. 2 O.s.p. odvolanie nie je prípustné ani proti uzneseniu v exekučnom konaní podľa osobitného zákona (Ex. por.), ak tento osobitný zákon neustanovuje inak. Podľa § 58 ods. 4 Ex. por. proti rozhodnutiam podľa § 57 ods. 1 písm. a), b), f) až h) je prípustné odvolanie. Podľa § 58 ods. 5 Ex. por. proti výroku o náhrade trov konania v rozhodnutí podľa § 57 je odvolanie prípustné. Podľa § 200 ods. 2 Ex. por. ak súd rozhodne o zastavení exekúcie, rozhodne aj o tom, kto a v akej výške platí trovy exekúcie. Podľa § 203 ods. 1 Ex. por. ak dôjde k zastaveniu exekúcie zavinením oprávneného, súd mu môže uložiť nahradenie nevyhnutných trov exekúcie. Podľa § 203 ods. 2 Ex. por. ak sa exekúcia zastaví z dôvodu, že majetok povinného nestačí ani na úhradu trov exekúcie, znáša ich oprávnený. To neplatí, ak ide o vykonanie exekúcie na vymoženie pohľadávky na výživnom. V takomto prípade znáša trovy exekúcie súd; súd nemá právo na náhradu trov exekúcie, ktoré platil. Podľa § 196 Ex. por. za výkon exekučnej činnosti podľa tohto zákona patrí exekútorovi odmena, náhrada hotových výdavkov a náhrada za stratu času. Ak je exekútor platiteľom dane z pridanej hodnoty podľa osobitného zákona, zvyšuje sa jeho odmena o daň z pridanej hodnoty. Krajský súd v Bratislave, ako súd odvolací (§ 10 ods. 1 O.s.p.), preskúmal uznesenie súdu prvého stupňa podľa § 212 ods. 1 O.s.p., prejednal odvolanie oprávneného podľa § 214 ods. 2 O.s.p. bez nariadenia pojednávania a po oboznámení sa s obsahom spisu a dôvodmi odvolania dospel k záveru, že odvolanie oprávneného nie je dôvodné. Odvolací súd považuje napadnuté uznesenie prvostupňového súdu č. k. 37Er/4035/2006 - 12 zo dňa 05.08.2011 v časti trov exekúcie za vecne správne. Odvolací súd má za to, že využitie moderačného práva podľa § 150 ods. 2 O.s.p. nie je v prípade rozhodovania o trovách exekúcie namieste z dôvodu, že náhradu trov exekúcie upravuje Ex. por. a vyhláška. Tieto právne predpisy slúžia ako lex specialis k O.s.p., a teda ich ustanovenia o trovách exekučného konania majú prednosť pred ustanoveniami O.s.p. K návrhu oprávneného na použitie moderačného práva podľa § 150 ods. 2 O.s.p. pri riešení otázky trov exekúcie odvolací súd navyše považuje za potrebné dodať, že preskúmavacie oprávnenie odvolacieho súdu je ohraničené medzami, v ktorých sa odvolateľ domáha preskúmania rozhodnutia (kvantitatívna stránka odvolania). Odvolací súd je súčasne viazaný aj dôvodmi vymedzenými v odvolaní, čo znamená, že na iné pochybenie súdu prvého stupňa, ktoré by inak mohlo byť zákonným dôvodom na podanie odvolania (v danom prípade rozhodnutie o jednotlivých položkách trov exekučného konania) odvolací súd pri svojom rozhodnutí o odvolaní prihliadať nemôže, aj keby takéto porušenie zistil. Odvolací súd teda môže pri svojom rozhodnutí prihliadať iba na dôvody odvolania, ktoré boli uvedené v odvolacej lehote. K vyjadreniu oprávneného ohľadom zastavenia exekučného konania pre nezaplatenie preddavku na trovy súdneho exekútora odvolací súd považuje toto vyjadrenie za irelevantné, pretože jednak došlo v danom prípade k zastaveniu exekúcie z iného dôvodu (§ 57 ods. 2 Ex. por.) ako je dôvod nezaplatenia preddavku na trovy exekúcie (§ 31 ods. 1 Ex. por.) a taktiež keby odvolací súd považoval toto vyjadrenie za dôvod odvolania, musel by ho v tejto časti v súlade s § 202 ods. 2 O.s.p. v spojení s § 58 ods. 4 a 5 Ex. por. odmietnuť (§ 218 ods. 1 písm. c/ O.s.p.). Podľa § 219 ods. 1 O.s.p. odvolací súd rozhodnutie potvrdí, ak je vo výroku vecne správne. Na základe uvedeného a citovaných zákonných ustanovení odvolací súd rozhodol tak, ako je uvedené vo výrokovej časti tohto rozhodnutia. Toto uznesenie bolo členmi senátu prijaté pomerom hlasov 3:0 (§ 3 ods. 9 druhá veta zákona č. 757/2004 Z.z. v znení neskorších predpisov). Poučenie: Proti tomuto uzneseniu odvolanie nie je prípustné.</w:t>
      </w:r>
    </w:p>
    <w:p/>
    <w:p>
      <w:r>
        <w:t>Zdroj: KAUZIS.SK – https://www.kauzis.sk/judikatura/r/ECLI:SK:KSBA:2012:1206215224.1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