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16CoE/41/2012 z 7. 11. 2012</w:t>
      </w:r>
    </w:p>
    <w:p>
      <w:r>
        <w:t>Uznesenie Krajského súdu Bratislava z 7. novembra 2012, sp. zn. 16CoE/41/2012, ECLI:SK:KSBA:2012:1206224401.1</w:t>
      </w:r>
    </w:p>
    <w:p>
      <w:r>
        <w:t>Súd: Krajský súd Bratislava</w:t>
      </w:r>
    </w:p>
    <w:p>
      <w:r>
        <w:t>Spisová značka: 16CoE/41/2012</w:t>
      </w:r>
    </w:p>
    <w:p>
      <w:r>
        <w:t>ECLI: ECLI:SK:KSBA:2012:1206224401.1</w:t>
      </w:r>
    </w:p>
    <w:p>
      <w:r>
        <w:t>Dátum vydania: 7. 11.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16CoE/41/2012 Identifikačné číslo súdneho spisu: 1206224401 Dátum vydania rozhodnutia: 08. 11. 2012 Meno a priezvisko sudcu, VSÚ: JUDr. Zita Ilčíková ECLI: ECLI:SK:KSBA:2012:1206224401.1 Uznesenie Krajský súd v Bratislave v exekučnej veci oprávneného: Dopravný podnik Bratislava, a. s., Olejkárska 1, Bratislava, IČO: 00 492 736, zast. JUDr. Marián Chovanec, AK Trnavská cesta 60, 821 02 Bratislava proti povinnému: P. M., naposledy bytom V. XX, Q., o vymoženie uloženej povinnosti zaplatiť istinu s príslušenstvom a trovy exekúcie, o odvolaní oprávneného proti uzneseniu Okresného súdu Bratislava II č. k. 53Er 1571/2006-17 zo dňa 12.08.2011 takto r o z h o d o l : Krajský súd v Bratislave uznesenie Okresného súdu Bratislava II č. k. 53Er 1571/2006-17 zo dňa 12.08.2011 p o t v r d z u j e . o d ô v o d n e n i e : Napadnutým uznesením súd prvého stupňa vyhlásil exekúciu vedenú na Okresnom súde Bratislava II, pod sp. zn. 53Er 1571/2006 u súdneho exekútora Mgr. Vladimíra Usačeva pod sp. zn. 11803/2006 za neprípustnú. A uvedenú exekúciu zastavil. Oprávneného zaviazal zaplatiť súdnemu exekútorovi trovy exekučnej činnosti vo výške 97,34 EUR. Rozhodol tak s poukazom na znenie ust. §-u 57 ods. 1 písm. g/ zák. č. 233/1995 s poukazom na skutočnosť, že povinný zomrel. Návrh bol podaný dňa 09.10.2006 a povinný zomrel dňa 11.06.2007. Oprávneného zaviazal na úhradu trov exekúcie v súlade s ust. §-u 14 vyhl. č. 288/1995 Z. z.. Proti tomuto uzneseniu podal v zákonom stanovenej lehote odvolanie oprávnený. Žiadal, aby súd uplatnil moderačné právo a znížil trovy konania uplatnené exekútorom podľa §-u 150 ods. 2 O.s.p., lebo trovy konania sú neprimerané voči pohľadávke. Súd môže nepriznať trovy konania alebo tieto znížiť. Žiadal, aby súd v exekučnom konaní pokračoval a návrh exekútora na zastavenie exekúcie zamietol. Odvolací súd preskúmal rozhodnutie súdu prvého stupňa podľa §-u 212 ods. 1 O.s.p., bez nariadenia pojednávania podľa §-u 214 ods. 2 O.s.p. oboznámil sa s procesným postupom súdu prvého stupňa s dôvodmi uvedenými v odvolaní oprávneného a jednohlasne dospel k záveru, že odvolaniu nie je možné vyhovieť. K zastaveniu exekučného konania došlo z podnetu súdneho exekútora. Súd prvého stupňa postupoval v súlade so zákonom, pokiaľ exekúciu s poukazom na znenie ust. §-u 57 ods. 2 Ex. por. zastavil. S poukazom na ust. §-u 196 Ex. por. zaviazal oprávneného znášať trovy exekučného konania. Účelne vynaložené. Súd prvého stupňa účelnosť vynaložených trov exekučného konania vo svojom rozhodnutí zdôvodnil a zdôvodnil aj nepriznanie ďalších uplatnených trov exekučného konania (viď odôvodnenie rozhodnutia súdu prvého stupňa).Odvolací súd je podľa §-u 212 ods. 1 O.s.p. viazaný rozsahom a dôvodmi odvolania. Pokiaľ sa týka priznaných trov exekučného konania, oprávnený sa vo svojom odvolaní domáhal len použitia moderačného práva. Odvolací súd je názoru, že nie je namieste aplikácia ust. §-u 150 ods. 2 O.s.p. z dôvodu, že súdnemu exekútorovi priznané a uplatnené trovy v exekučnom konaní reálne vznikli, a nie je možné súdneho exekútora, ako vymáhateľa pohľadávky oprávneného zaťažovať vzniknutými trovami a to na vlastný úkor. Jedná sa o nevyhnutné trovy exekúcie v súlade so zákonom, ktorých možnosť uspokojenia bola prenesená zo zákona na oprávneného. Odvolací súd preto podľa §-u 219 ods. 1, 2 O.s.p. rozhodnutie súdu prvého stupňa ako vecne správne potvrdil. O trovách odvolacieho konania bolo rozhodnuté podľa §-u 224 ods. 1 O.s.p. v nadväznosti na ust. §- u 142 ods. 1 O.s.p. a nakoľko povinný úmrtím stratil procesnú spôsobilosť byť účastníkom konania, nemohli mu byť trovy odvolacieho konania priznané, ktoré mu naviac ani nevznikli. Poučenie: Proti tomuto uzneseniu odvolanie nie je prípustné.</w:t>
      </w:r>
    </w:p>
    <w:p/>
    <w:p>
      <w:r>
        <w:t>Zdroj: KAUZIS.SK – https://www.kauzis.sk/judikatura/r/ECLI:SK:KSBA:2012:1206224401.1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