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2Co/262/2009 z 18. 3. 2012</w:t>
      </w:r>
    </w:p>
    <w:p>
      <w:r>
        <w:t>Uznesenie Krajského súdu Bratislava z 18. marca 2012, sp. zn. 2Co/262/2009, ECLI:SK:KSBA:2012:1206230035.3</w:t>
      </w:r>
    </w:p>
    <w:p>
      <w:r>
        <w:t>Súd: Krajský súd Bratislava</w:t>
      </w:r>
    </w:p>
    <w:p>
      <w:r>
        <w:t>Spisová značka: 2Co/262/2009</w:t>
      </w:r>
    </w:p>
    <w:p>
      <w:r>
        <w:t>ECLI: ECLI:SK:KSBA:2012:1206230035.3</w:t>
      </w:r>
    </w:p>
    <w:p>
      <w:r>
        <w:t>Dátum vydania: 18.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2Co/262/2009 Identifikačné číslo súdneho spisu: 1206230035 Dátum vydania rozhodnutia: 19. 03. 2012 Meno a priezvisko sudcu, VSÚ: JUDr. Darina Kriváňová ECLI: ECLI:SK:KSBA:2012:1206230035.3 Uznesenie Krajský súd v Bratislave v právnej veci navrhovateľov: 1/ W. A., nar. XX.XX.XXXX, bytom v Q., B. E.. Č.. XX, 2/ T. A., nar. XX.XX.XXXX, bytom F. Q., B.Š. E.. Č.. XX, obaja zastúpení advokátom: JUDr. Emil Molnár, Záhradnícka ul. č. 9, Bratislava, 3/ T.M. P., nar. XX.XX.XXXX, bytom v Q., B. E.. Č.. XX, 4/ Y. P., nar. XX.XX.XXXX, bytom v Q., B. E.. Č.. XX, proti odporcovi: P. F.B. Q. J. M. U. B. XX - XX, IČO: XX XXX XXX, B. E.. Č.. XX, Q., zast. advokátom: JUDr. Milan Škultéty, Ul. 29. augusta č. 5, Bratislava, o určenie právneho vzťahu, na odvolanie odporcu proti rozsudku Okresného súdu Bratislava II zo dňa 10. júna 2009, č.k. 6C 241/2006-271, takto r o z h o d o l : Navrhovatelia 1/ a 2/ sú povinní spoločne a nerozdielne zaplatiť odporcovi trovy konania v sume XXX,XX eur k rukám právneho zástupcu JUDr. Milana Škultétyho, do troch dní. o d ô v o d n e n i e : Krajský súd v Bratislave rozsudkom zo dňa 14. marca 2012, č.k. 2Co 262/2009-305 v danej právnej veci rozhodol tak, že rozsudok súdu prvého stupňa zmenil a návrh navrhovateľov 1/ a 2/ zamietol. Podľa § 224 ods. 2 O.s.p., ak odvolací súd zmení rozhodnutie, rozhodne aj o trovách na súde prvého stupňa. Odvolací súd priznal odporcovi trovy prvostupňového konania podľa § 224 ods. 1 v spojení s ust. § 142 ods. 1 O.s.p., ktoré vznikli na jeho právnom zastúpení za jedenásť úkonov právnej služby podľa § 11 ods. 1 vyhl. č. 655/2004 Z.z., prevzatie a príprava zastúpenia (10.01.2007), písomné vyjadrenie k návrhu zo dňa 16.01.2007, účasť na pojednávaní pred súdom prvého stupňa dňa 22.03.2007 a 18.10.2007 á X.XXX,- Sk (XX,XX eur), 4 á XXX,- Sk režijný paušál (X,XX eur), písomné vyjadrenie zo dňa 12.02.2008, účasť na pojednávaní dňa 12.03.2008 a odvolanie proti rozsudku súdu prvého stupňa zo dňa 16.04.2008 á XX,XX eur, 3 á X,XX režijný paušál, súdny poplatok za odvolanie vo výške XX,XX eur (X.XXX,- Sk), účasť na pojednávaní dňa 08.04.2009 a 10.06.2009, písomné podanie na súd zo dňa 04.06.2009 a odolanie proti rozsudku súdu prvého stupňa zo dňa 13.07.2009 á XX,XX eur, 4 á X,XX eur režijný paušál, 19% DPH = XXX,- eur, spolu trovy prvostupňového konania predstavujú sumu XXX,XX eur. Podľa § 214 ods. 5 O.s.p. ak nemožno v čase verejného vyhlásenia rozsudku možné rozhodnúť o náhrade trov konania, pretože neboli vyčíslené, odvolací súd rozhodne samostatným uznesením. Rovnako postupuje, ak si účastníci uplatnia náhradu trov konania v súvislosti s verejným vyhlásením rozsudku. Podľa § 151 ods. 1 O.s.p. o povinnosti nahradiť trovy konania rozhoduje súd na návrh spravidla v rozhodnutí, ktorým sa konanie končí. Účastník, ktorému sa prisudzuje náhrada trov konania, je povinný trovy konania vyčísliť najneskôr do troch pracovných dní od vyhlásenia tohto rozhodnutia. Odvolací súd rozhodol o veci rozsudkom bez nariadenia ústneho pojednávania (§156 ods. 3 O.s.p.) a nakoľko v odvolacom konaní úspešný odporca, zastúpený advokátom trovy konania v lehote troch pracovných dní od vyhlásenia rozsudku nevyčíslil, súd mu náhradu trov odvolacieho konania nepriznal. Toto rozhodnutie bolo prijaté senátom Krajského súdu v Bratislave pomerom hlasov 3:0 (§ 3 ods. 9 zákona 757/2004 Z.z. o súdoch a o zmene a doplnení niektorých zákonov). Poučenie: Proti tomuto uzneseniu odvolanie nie je prípustné.</w:t>
      </w:r>
    </w:p>
    <w:p/>
    <w:p>
      <w:r>
        <w:t>Zdroj: KAUZIS.SK – https://www.kauzis.sk/judikatura/r/ECLI:SK:KSBA:2012:1206230035.3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