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2Cob/291/2011 z 11. 6. 2012</w:t>
      </w:r>
    </w:p>
    <w:p>
      <w:r>
        <w:t>Uznesenie Krajského súdu Bratislava z 11. júna 2012, sp. zn. 2Cob/291/2011, ECLI:SK:KSBA:2012:1207214496.1</w:t>
      </w:r>
    </w:p>
    <w:p>
      <w:r>
        <w:t>Súd: Krajský súd Bratislava</w:t>
      </w:r>
    </w:p>
    <w:p>
      <w:r>
        <w:t>Spisová značka: 2Cob/291/2011</w:t>
      </w:r>
    </w:p>
    <w:p>
      <w:r>
        <w:t>ECLI: ECLI:SK:KSBA:2012:1207214496.1</w:t>
      </w:r>
    </w:p>
    <w:p>
      <w:r>
        <w:t>Dátum vydania: 11. 6.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2Cob/291/2011 Identifikačné číslo súdneho spisu: 1207214496 Dátum vydania rozhodnutia: 12. 06. 2012 Meno a priezvisko sudcu, VSÚ: JUDr. Zita Ilčíková ECLI: ECLI:SK:KSBA:2012:1207214496.1 Uznesenie Krajský súd v Bratislave v právnej veci navrhovateľa: C. T., Q. XX, XXX XX M., K.: XX 212 759, zast.: JUDr. Jozefom Cakom, Štefana Moyzesa 25, Trnava, proti odporcovi: U. Y., XXX XX Bratislava, IČO: XX XXX XXX, za účasti vedľajšieho účastníka na strane odporcu: SLOVNAFT, a.s., Vlčie hrdlo 1, 824 12 Bratislava, IČO: 31 322 832, o zaplatenie 33.037,79 Eur s príslušenstvom, o odvolaní navrhovateľa proti rozsudku Okresného súdu Bratislava II č.k. 54Cb/98/2007-159 zo dňa 10.03.2011 takto r o z h o d o l : Krajský súd v Bratislave späťvzatie návrhu pripúšťa, rozsudok Okresného súdu Bratislava II č.k. 54Cb/98/2007 zo dňa 10.03.2011 z r u š u j e a konanie vo v veci z a s t a v u j e. Odporcovi a vedľajšiemu účastníkovi trovy odvolacieho konania nepripúšťa. o d ô v o d n e n i e : Napadnutým rozsudkom súd prvého stupňa návrh navrhovateľa zamietol, a odporcovi a vedľajšiemu účastníkovi náhradu trov konania nepriznal. Proti tomuto rozsudku podal odvolanie navrhovateľ. V priebehu odvolacieho konania navrhovateľ prípisom zo dňa 29.05.2012 vzal návrh späť a žiadal konanie vo veci zastaviť. Odporca dňa 08.06.2012 zaslal súdu prípis, v ktorom so späťvzatím návrhu súhlasil a neuplatnil si trovy konania. Odvolací súd v zmysle ust. §-u 208 O.s.p. späťvzatie návrhu pripustil a konanie vo veci zastavil. Trovy konania odporcovi a vedľajšiemu účastníkovi nepriznal, lebo ich priznanie odporca nežiadal. Poučenie: Proti tomuto uzneseniu odvolanie nie je prípustné</w:t>
      </w:r>
    </w:p>
    <w:p/>
    <w:p>
      <w:r>
        <w:t>Zdroj: KAUZIS.SK – https://www.kauzis.sk/judikatura/r/ECLI:SK:KSBA:2012:1207214496.1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