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9Co/23/2011 z 1. 2. 2012</w:t>
      </w:r>
    </w:p>
    <w:p>
      <w:r>
        <w:t>Uznesenie Krajského súdu Bratislava z 1. februára 2012, sp. zn. 9Co/23/2011, ECLI:SK:KSBA:2012:1207231987.2</w:t>
      </w:r>
    </w:p>
    <w:p>
      <w:r>
        <w:t>Súd: Krajský súd Bratislava</w:t>
      </w:r>
    </w:p>
    <w:p>
      <w:r>
        <w:t>Spisová značka: 9Co/23/2011</w:t>
      </w:r>
    </w:p>
    <w:p>
      <w:r>
        <w:t>ECLI: ECLI:SK:KSBA:2012:1207231987.2</w:t>
      </w:r>
    </w:p>
    <w:p>
      <w:r>
        <w:t>Dátum vydania: 1.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9Co/23/2011 Identifikačné číslo súdneho spisu: 1207231987 Dátum vydania rozhodnutia: 02. 02. 2012 Meno a priezvisko sudcu, VSÚ: JUDr. Roman Huszár ECLI: ECLI:SK:KSBA:2012:1207231987.2 Uznesenie Krajský súd v Bratislave v právnej veci navrhovateľov: 1./ M.. I. Y., Š. X, H., 2./ J. Y., Š. X, H., obaja zastúpení: Mgr. Matejom Hodálom, advokátom, Tomášikova 26, Bratislava, proti odporcom: 1./ V.. S. H., W. X, H., 2./ N.. Y. H., W. X, H., obaja zastúpení: JUDr. Miroslavom Kučerom, advokátom Krajinská 30, Bratislava, o určenie platnosti zmluvy, vo veci vedenej na Okresnom súde Bratislava II, sp. zn. 58C/404/2007-112 v pomere hlasov 3:0, takto r o z h o d o l : Odvolací súd odporcom 1./, 2./ náhradu trov odvolacieho konania nepriznáva. o d ô v o d n e n i e : Prvostupňový súd rozsudkom č. k. 58C/404/2007-112 zo dňa 18. októbra 2010 zamietol žalobný návrh navrhovateľov, ktorým sa domáhali, aby súd určil, že medzi navrhovateľmi ako kupujúcimi a odporcami ako predávajúcimi bola platne uzatvorená kúpna zmluva, ktorej predmetom je predaj nehnuteľností zapísaných na W. D. Č.. XXX, vydanom Správou katastra pre hlavné mesto SR Bratislavu, nachádzajúcich sa v katastrálnom území D., parc. č. 2092/14 - zastavané plochy a nádvoria, o výmere 97 m2, parc. č. 2092/15 - záhrady o výmere 90 m2, parc. č. 2092/16 - záhrady o výmere 59 m2 a s rozostavanou stavbou bez súpisného čísla, postavenou na parcele č. 2092/14, neevidovanej na liste vlastníctva v zmysle Zmluvy o budúcej kúpnej zmluve uzatvorenej dňa 28.2.20007 a v znení jej Dodatku č. 2 zo dňa 1.6.2007 (i keď súd prvého stupňa zrejme omylom uviedol nesprávne parcelné čísla parc. č. 2029/15, 2029/16, 2029/14, keď z obsahu spisu vyplýva, že predmetom sporu nehnuteľnosti, parc. č. 2092/15, 2092/16, 2092/14 ). Znenie kúpnej zmluvy malo byť súčasťou rozsudku. Rozsudok odvolaním v zákonom stanovenej lehote napadli navrhovatelia, ktorí žiadali, aby odvolací súd napadnutý rozsudok súdu prvého stupňa zrušil a vec vrátil súdu prvého stupňa na ďalšie konanie. Odporcovia v písomnom vyjadrení k odvolaniu žiadali rozsudok potvrdiť a priznať náhradu trov odvolacieho konania, ktoré ale v tomto vyjadrení nevyčíslili. Krajský súd v Bratislave ako súd odvolací dňa 26.1.2012 v zmysle § 211 ods. 2 a § 156 ods. 3 O.s.p. verejne vyhlásil rozsudok č.k. 9 Co 23/11-132, ktorým napadnutý rozsudok súdu prvého stupňa potvrdil. Podľa § 214 ods. 4 O.s.p. ak odvolací súd verejne vyhlási rozsudok bez nariadenia pojednávania, doručí ho prítomným účastníkom hneď po jeho vyhlásení. Neprítomným účastníkom ho odošle najneskôr do troch dní; to neplatí, ak je potrebné vydať uznesenie podľa odseku 5. V takom prípade odvolací súd doručí rozsudok súčasne s uznesením podľa odseku 5. Podľa § 214 ods. 5 O.s.p. ak nemožno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Podľa § 224 ods. 1 O.s.p. ustanovenia o trovách konania pred súdom prvého stupňa platia i pre odvolacie konanie. Podľa § 142 ods. 1 O.s.p. účastníkovi, ktorý mal vo veci plný úspech, súd prizná náhradu trov potrebných na účelné uplatňovanie alebo bránenie práva proti účastníkovi, ktorý vo veci úspech nemal.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2 O.s.p.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V danom prípade mali odporcovia 1./, 2./ v odvolacom konaní plní úspech a preto by im v zmysle § 142 ods. 1 O.s.p. prináležala náhrada trov odvolacieho konania. Odporcovia 1./, 2./ v lehote 3 pracovných dní od vyhlásenia rozsudku ( 26.1.2012 ) tieto nevyčíslili, okrem trov právneho zastúpenia im iné trovy odvolacieho konania zo spisu nevyplývajú a preto odvolací súd rozhodol tak, že odporcom 1./, 2./ náhradu trov odvolacieho konania nepriznal. Poučenie: Toto uznesenie nie je možné napadnúť odvolaním.</w:t>
      </w:r>
    </w:p>
    <w:p/>
    <w:p>
      <w:r>
        <w:t>Zdroj: KAUZIS.SK – https://www.kauzis.sk/judikatura/r/ECLI:SK:KSBA:2012:1207231987.2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