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8Co/433/2010 z 15. 4. 2012</w:t>
      </w:r>
    </w:p>
    <w:p>
      <w:r>
        <w:t>Uznesenie Krajského súdu Bratislava z 15. apríla 2012, sp. zn. 8Co/433/2010, ECLI:SK:KSBA:2012:1208213241.2</w:t>
      </w:r>
    </w:p>
    <w:p>
      <w:r>
        <w:t>Súd: Krajský súd Bratislava</w:t>
      </w:r>
    </w:p>
    <w:p>
      <w:r>
        <w:t>Spisová značka: 8Co/433/2010</w:t>
      </w:r>
    </w:p>
    <w:p>
      <w:r>
        <w:t>ECLI: ECLI:SK:KSBA:2012:1208213241.2</w:t>
      </w:r>
    </w:p>
    <w:p>
      <w:r>
        <w:t>Dátum vydania: 15.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8Co/433/2010 Identifikačné číslo súdneho spisu: 1208213241 Dátum vydania rozhodnutia: 16. 04. 2012 Meno a priezvisko sudcu, VSÚ: JUDr. Ľuboš Sádovský ECLI: ECLI:SK:KSBA:2012:1208213241.2 Uznesenie Krajský súd v Bratislave v právnej veci navrhovateľky: H. U., bytom U. X, U., zastúpenej JUDr. Ivanom Jánošíkom, advokátom, so sídlom Klincová 35, Bratislava, proti odporcom v 1. rade: D., G..Y.., so sídlom D. XX, U., IČO: XX XXX XXX, v 2. rade: D. Y., Y..N..K.., so sídlom X. XX, U., IČO: XX XXX XXX, oboch zastúpených advokátom JUDr. Jozefom Boledovičom, so sídlom Rovinka č. 578, o určenie zamestnávateľa, o náhrade trov konania v odvolacom konaní o odvolaní navrhovateľky proti rozsudku Okresného súdu Bratislava II zo dňa 30. júna 2010 č.k. 50C/156/2008-187, jednohlasne takto r o z h o d o l : Odvolací súd odporcom v 1. a 2. rade náhradu trov odvolacieho konania n e p r i z n á v a . o d ô v o d n e n i e : Rozsudkom č.k. XCo XXX/XXXX-XXX zo dňa XX. J. XXXX odvolací súd potvrdil rozsudok súdu prvého stupňa, ktorým bol zamietnutý návrh navrhovateľky, ktorým sa domáhala určenia, že jej zamestnávateľom je odporca v 1. rade, že pracovný pomer medzi nimi trvá, ďalej určenia, že okamžité skončenie pracovného pomeru oznámené jej odporcom v 1. rade listom zo dňa XX.XX.XXXX je neplatné a ktorým sa zároveň proti odporcovi v 1. rade domáhala zaplatenia náhrady mzdy v sume XXX,XX eur mesačne od XX.XX.XXXX do doby, kedy ju tento začne opäť zamestnávať. V odvolacom konaní úspešným odporcom v 1. a 2. rade, ktorí si svoje právo na náhradu trov odvolacieho konania uplatnili návrhom podľa § 151 ods.1 vety prvej O.s.p., vznikol nárok na náhradu trov odvolacieho konania podľa § 142 ods.1 O.s.p. v spojení s § 224 ods.1 O.s.p.. Nakoľko si však odporcovia v 1. a 2. rade tento svoj nárok nevyčíslili ani do verejného vyhlásenia rozsudku dňa XX.XX.XXXX, nebolo možné vo výroku rozsudku odvolacieho súdu o ním uplatnenom nároku na náhradu trov odvolacieho konania rozhodnúť. S poukazom na ust. § 214 ods. 5 O.s.p. rozhodol preto odvolací súd o náhrade trov odvolacieho konania vo vzťahu k odporcom v 1. a 2. rade samostatným uznesením tak, že odporcom v 1. a 2. rade nepriznal náhradu trov odvolacieho konania, nakoľko si v súlade s § 151 ods. 1 vety druhej O.s.p. nevyčíslili v lehote do troch pracovných dní od vyhlásenia rozsudku trovy odvolacieho konania, pričom zo spisu iné, ako trovy právneho zastúpenia, nevyplývajú. Poučenie: Proti tomuto uzneseniu odvolanie nie je prípustné.</w:t>
      </w:r>
    </w:p>
    <w:p/>
    <w:p>
      <w:r>
        <w:t>Zdroj: KAUZIS.SK – https://www.kauzis.sk/judikatura/r/ECLI:SK:KSBA:2012:1208213241.2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