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21CoE/363/2012 z 22. 10. 2012</w:t>
      </w:r>
    </w:p>
    <w:p>
      <w:r>
        <w:t>Uznesenie Krajského súdu Bratislava z 22. októbra 2012, sp. zn. 21CoE/363/2012, ECLI:SK:KSBA:2012:1209204622.1</w:t>
      </w:r>
    </w:p>
    <w:p>
      <w:r>
        <w:t>Súd: Krajský súd Bratislava</w:t>
      </w:r>
    </w:p>
    <w:p>
      <w:r>
        <w:t>Spisová značka: 21CoE/363/2012</w:t>
      </w:r>
    </w:p>
    <w:p>
      <w:r>
        <w:t>ECLI: ECLI:SK:KSBA:2012:1209204622.1</w:t>
      </w:r>
    </w:p>
    <w:p>
      <w:r>
        <w:t>Dátum vydania: 22. 10. 2012</w:t>
      </w:r>
    </w:p>
    <w:p>
      <w:r>
        <w:t>Forma: Uznesenie</w:t>
      </w:r>
    </w:p>
    <w:p>
      <w:r>
        <w:t>Oblasť práva: Občianske právo</w:t>
      </w:r>
    </w:p>
    <w:p>
      <w:pPr>
        <w:pStyle w:val="Heading2"/>
      </w:pPr>
      <w:r>
        <w:t>Text rozhodnutia</w:t>
      </w:r>
    </w:p>
    <w:p>
      <w:r>
        <w:t>Súd: Krajský súd Bratislava Spisová značka: 21CoE/363/2012 Identifikačné číslo súdneho spisu: 1209204622 Dátum vydania rozhodnutia: 23. 10. 2012 Meno a priezvisko sudcu, VSÚ: JUDr. Eugen Palášthy ECLI: ECLI:SK:KSBA:2012:1209204622.1 Uznesenie Krajský súd v Bratislave v exekučnej veci oprávneného: Všeobecná zdravotná poisťovňa, a.s., IČO: 35 937 874, Mamateyova 17, Bratislava, proti povinnému: MOKARABIA, s.r.o., IČO: 35 858 397, Tomášikova 33, Bratislava, vedenej súdnym exekútorom JUDr. Ing. Zuzanou Dobrodenkovou, PhD., so sídlom Exekútorského úradu Ružová 10, Skalica, pod č. EX 723/2009, o odvolaní oprávneného proti výroku o trovách exekúcie uznesenia Okresného súdu Bratislava II č. k. 37Er/280/2009 - 11 zo dňa 11.04.2012, takto r o z h o d o l : Krajský súd v Bratislave uznesenie Okresného súdu Bratislava II č. k. 37Er/280/2009 - 11 zo dňa 11.04.2012 vo výroku o trovách exekúcie potvrdzuje. Krajský súd povinnému náhradu trov odvolacieho konania nepriznáva. o d ô v o d n e n i e : Napadnutým uznesením č. k. 37Er/280/2009 - 11 zo dňa 11.04.2012 Okresný súd Bratislava II zastavil exekúciu vedenú súdnou exekútorkou JUDr. Ing. Zuzanou Dobrodenkovou, PhD., pod č. EX 723/2009 z dôvodu podľa § 57 ods. 1 písm. h/ zákona č. 233/1995 Z.z. o súdnych exekútoroch a exekučnej činnosti (ďalej len „Ex. por.“) a zároveň zaviazal oprávneného na náhradu trov exekúcie súdnej exekútorke vo výške 49,19 Eur. Voči tomuto uzneseniu v časti výroku o výške trov exekúcie sa v zákonnej lehote odvolal oprávnený. Namietal výšku trov exekúcie, nakoľko súd priznal k hotovým výdavkom v sume 7,80 Eur (poštovné) 20% DPH a v tejto súvislosti poukázal na § 28 zákona č. 222/2004 Z.z. o dani z pridanej hodnoty (ďalej len „zákon o DPH“) s tým, že poštové služby sú od dane oslobodené. Podľa § 57 ods. 1 písm. h/ Ex. por. exekúciu súd zastaví, ak majetok povinného nestačí ani na úhradu trov exekúcie. Podľa § 200 ods. 2 Ex. por. ak súd rozhodne o zastavení exekúcie, rozhodne aj o tom, kto a v akej výške platí trovy exekúcie. Podľa § 196 Ex. por.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Podľa § 28 zákona o DPH oslobodené od dane sú univerzálne poštové služby. Oslobodené od dane je aj dodanie tovaru, ktorý súvisí s poskytovanou univerzálnou poštovou službou. Krajský súd v Bratislave, ako súd odvolací (§ 10 ods. 1 O.s.p.), preskúmal uznesenie súdu prvého stupňa podľa § 212 ods. 1 O.s.p., prejednal odvolanie oprávneného podľa § 214 ods. 2 O.s.p. bez nariadenia pojednávania a po oboznámení sa s obsahom spisu a dôvodmi odvolania dospel k záveru, že odvolanie nie je dôvodné. V podanom odvolaní oprávnený namietal zvýšenie priznanej náhrady súdnej exekútorke za poštovné o DPH s poukazom na ust. § 28 zákona o DPH. Ustanovenia § 28 až 48 zákona o DPH s nadparagrafovým názvom „Oslobodenie od dane“ tvoria najrozsiahlejšiu časť tohto zákona. Sú v nich upravené všetky druhy oslobodenia od dane. Zákon o DPH rozlišuje dva druhy oslobodenia od dane pri zdaniteľných obchodoch. Sú to oslobodenia od dane, pri ktorých nie je nárok na odpočítanie dane (§ 28 až 41), a oslobodenia od dane, pri ktorých platiteľ dane môže odpočítať daň (§ 43 až 48). Podľa čl. 13 A bod 1 písm. a) šiestej smernice poštové služby poskytované vo verejnom záujme za regulované poštové sadzby majú byť oslobodené od dane. Z poštových služieb sú od dane oslobodené univerzálne poštové služby, ktoré definuje zákon č. 324/2011 Z.z. o poštových službách. Univerzálna služba je ponuka poštových služieb vymedzených v § 3 ods. 2 cit. zákona, ktorá slúži na zabezpečenie minimálneho uspokojenia potrieb všetkých užívateľov poštových služieb na území Slovenskej republiky tak, aby bola zabezpečená dostupnosť prístupových miest verejnej poštovej siete a kontaktných miest verejnej poštovej siete, za rovnakých podmienok, v ustanovenej kvalite, za primeranú cenu, každý pracovný deň najmenej s jedným vybraním a dodaním denne. Poskytovateľom univerzálnej služby je jeden alebo viac poštových podnikov, ktorý je povinný poskytovať univerzálnu službu na základe poštovej licencie a za podmienok a spôsobom podľa tohto zákona. Spolu s univerzálnymi službami je od dane oslobodené aj dodanie tovaru, ktorý súvisí s univerzálnou poštovou službou. Poštové služby poskytované inými subjektmi nie sú oslobodené od dane. Okrem toho vo vzťahu k činnostiam pošty sa bude aplikovať aj oslobodenie od dane podľa § 39 zákona o DPH na niektoré finančné služby (napr. inkaso, výplata sociálnych dávok, platby, prevody, šeky, koncesionárske poplatky a pod.) a podľa § 40 zákona o DPH pri predaji poštových cenín a kolkov. V prípade, ak súd rozhoduje o trovách súdneho exekútora, rozhoduje o jeho odmene, náhrade hotových výdavkov a náhrade za stratu času. Podľa § 196 Ex. por. ak je súdny exekútor platiteľom DPH, zvyšuje sa jeho odmena a ostatné náhrady o daň z pridanej hodnoty. Pod pojmom hotové výdavky rozumie vyhláška Ministerstva spravodlivosti SR č. 288/1995 Z. z. o odmenách a náhradách súdnych exekútorov najmä cestovné náhrady, poštovné a telekomunikačné výdavky, znalecké náhrady a poplatky. Pri vyúčtovaní trov si súdni exekútori účtujú DPH aj na hotové výdavky. Zákon o DPH v § 22 upravuje základ dane pri dodaní tovaru a služby platiteľom DPH. Základom dane pri dodaní tovaru alebo služby je všetko, čo tvorí protihodnotu, ktorú dodávateľ prijal alebo má prijať od príjemcu plnenia alebo inej osoby za dodanie tovaru alebo služby, zníženú o daň. Do základu dane sa zahŕňajú aj iné dane, clá a poplatky vzťahujúce sa na tovar alebo službu a taktiež súvisiace náklady požadované dodávateľom od kupujúceho alebo zákazníka. Do základu dane sa nezahŕňajú výdavky platené v mene a na účet kupujúceho alebo zákazníka (prechodné položky). Ak súdny exekútor je platiteľom DPH, pri určení základu dane je povinný postupovať v súlade s citovaným § 22 zákona o DPH. Zákon o DPH ako hmotno-právny predpis upravujúci daň z pridanej hodnoty ukladá platiteľovi DPH zahrnúť do základu dane pri dodaní tovaru alebo služby celú protihodnotu, ktorú dodávateľ prijal alebo má prijať od príjemcu plnenia alebo inej osoby za dodanie tovaru alebo služby, zníženú o daň. Keďže podľa § 196 Exekučného poriadku za výkon exekučnej činnosti patrí súdnemu exekútorovi odmena, náhrada hotových výdavkov a náhrada za stratu času, celá protihodnota, znížená o daň, ktorú súdny exekútor ako platiteľ DPH prijal alebo má prijať od príjemcu plnenia alebo inej osoby za dodanie exekučnej služby, predstavuje základ dane pri dodaní služby. Podľa § 28 zákona o DPH sú oslobodené od dane univerzálne poštové služby s odkazom na § 3 zákona č. 324/2011 Z. z. o poštových službách. Oslobodené od dane je aj dodanie tovaru, ktorý súvisí s poskytovanou univerzálnou poštovou službou. Ako bolo vyššie uvedené, univerzálnou poštovou službou je súbor poštových služieb, ktoré je poskytovateľ univerzálnej služby povinný trvalo poskytovať v prístupových a kontaktných miestach za rovnakých podmienok, v určenej kvalite a za prijateľné ceny všetkým užívateľom každý pracovný deň najmenej s jedným vyberaním a dodávaním denne. Poštové služby poskytuje poštový podnik na základe živnostenského oprávnenia, v rozsahu všeobecného povolenia a za podmienok ustanovených zákonom č. 324/2011 Z. z. o poštových službách. Z uvedeného vyplýva, že univerzálne poštové služby sú oslobodené od dane u ich poskytovateľa, t.j. poštového podniku. Ak súdny exekútor náklady na poštovné a kolkové známky zaplatil vo svojom mene a na svoj účet, výdavky sa zahŕňajú do základu dane pri dodaní služby. Ak súdny exekútor náklady na poštovné a kolkové známky zaplatil v mene a na účet kupujúceho alebo zákazníka, výdavky sa nezahŕňajú do základu dane pri dodaní služby. V exekučnom konaní súdny exekútor vynakladá výdavky za poštovné vo svojom mene a na svoj účet, a preto je v zmysle vyššie uvedeného povinný tieto výdavky zahrnúť do základu dane. Z toho teda vyplýva, že na daný prípad sa ust. § 28 zákona o DPH nevzťahuje, a preto sa náhrada súdneho exekútora za poštovné (v prípade ak je súdny exekútor platiteľ DPH) zvyšuje o DPH. Na základe uvedeného považuje odvolací súd uznesenie súdu prvého stupňa v napadnutej časti za vecne správne. Podľa § 219 ods. 1 O.s.p. odvolací súd rozhodnutie potvrdí, ak je vo výroku vecne správne. O trovách odvolacieho konania odvolací súd rozhodol podľa § 224 ods. 1 O.s.p. v spojení s § 142 ods. 1 O.s.p. Povinnému však právo na náhradu trov odvolacieho konania nepriznal, pretože mu žiadne trovy nevznikli. Na základe uvedeného a citovaných zákonných ustanovení odvolací súd rozhodol tak, ako je uvedené vo výrokovej časti tohto rozhodnutia. Toto uznesenie bolo členmi senátu prijaté pomerom hlasov 3:0 (§ 3 ods. 9 druhá veta zákona č. 757/2004 Z.z. v znení neskorších predpisov). Poučenie: Proti tomuto uzneseniu odvolanie nie je prípustné.</w:t>
      </w:r>
    </w:p>
    <w:p/>
    <w:p>
      <w:r>
        <w:t>Zdroj: KAUZIS.SK – https://www.kauzis.sk/judikatura/r/ECLI:SK:KSBA:2012:1209204622.1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