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9Co/141/2012 z 3. 6. 2012</w:t>
      </w:r>
    </w:p>
    <w:p>
      <w:r>
        <w:t>Uznesenie Krajského súdu Bratislava z 3. júna 2012, sp. zn. 9Co/141/2012, ECLI:SK:KSBA:2012:1209205586.5</w:t>
      </w:r>
    </w:p>
    <w:p>
      <w:r>
        <w:t>Súd: Krajský súd Bratislava</w:t>
      </w:r>
    </w:p>
    <w:p>
      <w:r>
        <w:t>Spisová značka: 9Co/141/2012</w:t>
      </w:r>
    </w:p>
    <w:p>
      <w:r>
        <w:t>ECLI: ECLI:SK:KSBA:2012:1209205586.5</w:t>
      </w:r>
    </w:p>
    <w:p>
      <w:r>
        <w:t>Dátum vydania: 3. 6.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9Co/141/2012 Identifikačné číslo súdneho spisu: 1209205586 Dátum vydania rozhodnutia: 04. 06. 2012 Meno a priezvisko sudcu, VSÚ: JUDr. Roman Huszár ECLI: ECLI:SK:KSBA:2012:1209205586.5 Uznesenie Krajský súd v Bratislave v právnej veci navrhovateľky : E.. E. D., Na E. XXXX/XA, T., zastúpenej JUDr. Petrom Zelenayom, advokátom, ul. 29 augusta 19, Bratislava, proti odporcom : 1/ W. F., F.. XX.XX.XXXX, Z. XXXX/X, T., zastúpenej JUDr. Miroslavom Kučerom, advokátom, Krajinská 30, Bratislava, 2/ D. P., F.. XX.XX.XXXX, E. XXXX/XX, T., o neplatnosť závetu, vo veci vedenej na Okresnom súde Bratislava II, č. k. 8C/96/2009-102, v pomere hlasov 3 : 0, takto r o z h o d o l : Odvolací súd navrhovateľke náhradu trov odvolacieho konania n e p r i z n á v a. o d ô v o d n e n i e : Prvostupňový súd rozsudkom č. k. 8C/96/2009-102 zo dňa 21. novembra 2011 určil, že závet, ktorý zanechal poručiteľ, O.. R. E., B.., spísaný formou notárskej zápisnice na Notárskom úrade D.. C. S. v Bratislave pod č. N 466/2003, Nz 81892/2003 zo dňa 18.09.2003, ktorým odkázal všetok svoj majetok závetným dedičom, odporcom 1/ a 2/, je neplatný. Zároveň rozhodol, že odporcovia 1/ a 2/ sú povinní zaplatiť navrhovateľke náhradu trov konania vo výške 727,19 eura. Rozsudok odvolaním v zákonom stanovenej lehote napadla odporkyňa 1/, ktorá žiadala, aby odvolací súd rozsudok súdu prvého stupňa zrušil a vec vrátil súdu prvého stupňa na ďalšie konanie. Navrhovateľka v písomnom vyjadrení k odvolaniu odporkyne 1/ žiadala rozsudok súdu prvého stupňa ako vecne správny potvrdiť a priznať jej náhradu trov odvolacieho konania, ktoré ale v tomto vyjadrení nevyčíslila. Krajský súd v Bratislave ako súd odvolací dňa 24.05.2012 v zmysle § 211 ods. 2 a § 156 ods. 3 O.s.p. verejne vyhlásil rozsudok č. k. 9Co 141/2012-128, ktorým rozsudok súdu prvého stupňa potvrdil. Podľa § 214 ods. 4 O.s.p. ak odvolací súd verejne vyhlási rozsudok bez nariadenia pojednávania, doručí ho prítomným účastníkom hneď po jeho vyhlásení. Neprítomným účastníkom ho odošle najneskôr do troch dní; to neplatí, ak je potrebné vydať uznesenie podľa odseku 5. V takom prípade odvolací súd doručí rozsudok súčasne s uznesením podľa odseku 5. Podľa § 214 ods. 5 O.s.p. ak nemožno v čase verejného vyhlásenia rozsudku možné rozhodnúť o náhrade trov konania, pretože neboli vyčíslené, odvolací súd rozhodne samostatným uznesením. Rovnako postupuje, ak si účastníci konania uplatnia náhradu trov konania v súvislosti s verejným vyhlásením rozsudku. Podľa § 224 ods. 1 O.s.p. ustanovenia o trovách konania pred súdom prvého stupňa platia i pre odvolacie konanie. Podľa § 142 ods. 1 O.s.p. účastníkovi, ktorý mal vo veci plný úspech, súd prizná náhradu trov potrebných na účelné uplatňovanie alebo bránenie práva proti účastníkovi, ktorý vo veci úspech nemal. Podľa § 151 ods. 1 O.s.p. o povinnosti nahradiť trovy konania rozhoduje súd na návrh spravidla v rozhodnutí, ktorým sa konanie končí. Účastník, ktorému sa prisudzuje náhrada trov konania, je povinný trovy konania vyčísliť najneskôr do troch pracovných dní od vyhlásenia tohto rozhodnutia. Podľa § 151 ods. 2 O.s.p. ak účastník v lehote podľa odseku 1 trovy nevyčísli, súd mu prizná náhradu trov konania vyplývajúcich zo spisu ku dňu vyhlásenia rozhodnutia s výnimkou trov právneho zastúpenia; ak takému účastníkovi okrem trov právneho zastúpenia iné trovy zo spisu nevyplývajú, súd mu náhradu trov konania neprizná a v takom prípade súd nie je viazaný rozhodnutím o prisúdení náhrady trov konania tomuto účastníkovi v rozhodnutí, ktorým sa konanie končí. V danom prípade mala navrhovateľka v odvolacom konaní plný úspech a preto by jej v zmysle § 142 ods. 1 O.s.p. prináležala náhrada trov odvolacieho konania. Navrhovateľka v lehote 3 pracovných dní od vyhlásenia rozsudku ( 24.05.2012) tieto nevyčíslila, okrem trov právneho zastúpenia jej iné trovy odvolacieho konania zo spisu nevyplývajú a preto odvolací súd rozhodol tak, že navrhovateľke náhradu trov odvolacieho konania nepriznal. Poučenie: Toto uznesenie nie je možné napadnúť odvolaním.</w:t>
      </w:r>
    </w:p>
    <w:p/>
    <w:p>
      <w:r>
        <w:t>Zdroj: KAUZIS.SK – https://www.kauzis.sk/judikatura/r/ECLI:SK:KSBA:2012:1209205586.5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