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8Co/214/2011 z 5. 6. 2012</w:t>
      </w:r>
    </w:p>
    <w:p>
      <w:r>
        <w:t>Uznesenie Krajského súdu Bratislava z 5. júna 2012, sp. zn. 8Co/214/2011, ECLI:SK:KSBA:2012:1209211219.2</w:t>
      </w:r>
    </w:p>
    <w:p>
      <w:r>
        <w:t>Súd: Krajský súd Bratislava</w:t>
      </w:r>
    </w:p>
    <w:p>
      <w:r>
        <w:t>Spisová značka: 8Co/214/2011</w:t>
      </w:r>
    </w:p>
    <w:p>
      <w:r>
        <w:t>ECLI: ECLI:SK:KSBA:2012:1209211219.2</w:t>
      </w:r>
    </w:p>
    <w:p>
      <w:r>
        <w:t>Dátum vydania: 5. 6.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8Co/214/2011 Identifikačné číslo súdneho spisu: 1209211219 Dátum vydania rozhodnutia: 06. 06. 2012 Meno a priezvisko sudcu, VSÚ: JUDr. Ľuboš Sádovský ECLI: ECLI:SK:KSBA:2012:1209211219.2 Uznesenie Krajský súd v Bratislave v právnej veci navrhovateľa : I. T., O..I.., J. XX, D., X. XX XXX XXX, zastúpeného advokátom JUDr. Miroslavom Bobákom, Advokátska kancelária Bobák, Bollová a spol., s.r.o., so sídlom Dr. Vladimíra Clementisa 10, Bratislava, proti odporkyni : K. H.V., D. D., J. XX, zastúpenej Mikulášom Hronkovičom, D. D., J. XX, o zaplatenie X.XXX,XX E. I. N., o náhrade trov konania v odvolacom konaní o odvolaní odporkyne proti rozsudku Okresného súdu Bratislava II zo dňa 14.apríla 2011, č.k. XXC/XX/ XXXX-XXX, jednohlasne takto r o z h o d o l : Odporkyňa je povinná zaplatiť navrhovateľovi náhradu trov odvolacieho konania v sume XX,XX E. k rukám právneho zástupcu navrhovateľa Advokátska kancelária Bobák, Bollová a spol., s.r.o., so sídlom v Bratislave, ul. Dr. Vladimíra Clementisa 10, do troch dní. o d ô v o d n e n i e : Rozsudkom č.k. XCo XXX/XXXX-XXX zo dňa 05.06 2012 odvolací súd, na základe odvolanie odporkyne, potvrdil rozsudok súdu prvého stupňa vo výroku, ktorým bolo vyhovené návrhu navrhovateľa na zaplatenie XXX,XX E. spolu s úrokom z omeškania titulom poskytovania verejných elektronických komunikačných služieb odporkyni prostredníctvom verejnej telefónnej siete a mobilnej dátovej služby rýchly internet na základe zmluvy o pripojení zo dňa 12.5.2005 v znení jej dodatku a zmluvy o pripojení - služba Rýchly internet zo dňa 28.4.2006. V odvolacom konaní úspešnému navrhovateľovi, ktorý si svoje právo na náhradu trov odvolacieho konania uplatnil návrhom podľa § 151 ods.1 vety prvej O.s.p., vznikol nárok na náhradu trov odvolacieho konania podľa § 142 ods.1 O.s.p. v spojení s § 224 ods.1 O.s.p.. Nakoľko si však navrhovateľ tento svoj nárok nevyčíslil ani do verejného vyhlásenia rozsudku dňa 05.06.2012, nebolo možné vo výroku rozsudku odvolacieho súdu o ním uplatnenom nároku na náhradu trov odvolacieho konania rozhodnúť. S poukazom na ust. § 214 ods. 5 O.s.p. rozhodol preto odvolací súd o náhrade trov odvolacieho konania samostatným uznesením tak, že navrhovateľovi, ktorý si trovy odvolacieho konania vyčíslil podaním zo dňa 5.6.2012, teda v zákonom stanovenej lehote do troch pracovných dní od vyhlásenia rozsudku dňa 5.6.2012, priznal podľa § 10 ods. 1 vyhl. č. 655/2004 Z.z. odmenu za jeden úkon právnej služby - vyjadrenie k odvolaniu zo dňa 04.08.2011, vo výške XX,XX E., paušálnu náhradu v sume X,XX E. O. A. C. I. XX,XX E., spolu vo výške XX,XX E.. Poučenie: Proti tomuto uzneseniu odvolanie nie je prípustné.</w:t>
      </w:r>
    </w:p>
    <w:p/>
    <w:p>
      <w:r>
        <w:t>Zdroj: KAUZIS.SK – https://www.kauzis.sk/judikatura/r/ECLI:SK:KSBA:2012:1209211219.2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