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5Co/604/2012 z 29. 11. 2012</w:t>
      </w:r>
    </w:p>
    <w:p>
      <w:r>
        <w:t>Uznesenie Krajského súdu Bratislava z 29. novembra 2012, sp. zn. 5Co/604/2012, ECLI:SK:KSBA:2012:1209217269.1</w:t>
      </w:r>
    </w:p>
    <w:p>
      <w:r>
        <w:t>Súd: Krajský súd Bratislava</w:t>
      </w:r>
    </w:p>
    <w:p>
      <w:r>
        <w:t>Spisová značka: 5Co/604/2012</w:t>
      </w:r>
    </w:p>
    <w:p>
      <w:r>
        <w:t>ECLI: ECLI:SK:KSBA:2012:1209217269.1</w:t>
      </w:r>
    </w:p>
    <w:p>
      <w:r>
        <w:t>Dátum vydania: 29. 11.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5Co/604/2012 Identifikačné číslo súdneho spisu: 1209217269 Dátum vydania rozhodnutia: 30. 11. 2012 Meno a priezvisko sudcu, VSÚ: JUDr. Milan Chalúpka ECLI: ECLI:SK:KSBA:2012:1209217269.1 Uznesenie Krajský súd v Bratislave v právnej veci navrhovateľky: H.. W. S., O. P. X, O., zast. JUDr. Ladislav Siranko, advokát, so sídlom Vajnorská 81, Bratislava proti odporkyni: U. P., O. D. XX, O., zast. JUDr. Eva Kliniecová, advokátka, so sídlom Košická 37, Bratislava, o určenie neplatnosti právnych úkonov, na odvolanie navrhovateľky voči rozsudku Okresného súdu Bratislava II Malacky č. k. 52C 194/2009- 180 zo dňa 17.10. 2012 takto r o z h o d o l : Odvolací súd odvolania navrhovateľa o d m i e t a. Žiaden s účastníkov nemá právo na náhradu trov odvolacieho konania o d ô v o d n e n i e : Súd prvého stupňa napadnutým rozsudkom zamietol návrh na určenie neplatnosti právnych úkonov. Napadnutý rozsudok Okresného súdu Bratislava bol navrhovateľke doručený 17.10. 2012, o čom svedčí doručenka s vyznačeným dátumom prevzatia. Navrhovateľka podala odvolanie voči uvedenému rozsudku odovzdaním na poštovú prepravu dňa 5.11. 2012, teda po zákonom stanovenej 15 dňovej lehote, ktorá uplynula 02.11.2012. - 2 - Odvolací súd preskúmal napadnuté rozhodnutie podľa § 212 ods. 1 O.s.p. bez nariadenia odvolacieho pojednávania (§ 214 ods. 2 O.s.p.) a dospel k záveru, že odvolanie navrhovateľky je podané oneskorene. Podľa § 218 ods. 1 písm. a) O. s. p., odvolací súd odmietne odvolanie, ktoré bolo podané oneskorene. S poukazom na vyššie uvedené skutočnosti odvolací súd odvolanie, podané odporcom, odmietol podľa § 218 ods. 1 písm. a/ O. s. p. O trovách konania rozhodol odvolací súd analogicky podľa § 146 ods. 1 písm. c) O.s.p. ako keby bolo konanie zastavené, nakoľko tento postup podľa názoru odvolacieho súdu, najbližším spôsobom rieši danú situáciu, keďže v Občianskom súdnom poriadku nie je explicitne zakotvené ustanovenie, ktoré by riešilo otázku náhrady trov odvolacieho konania, ak bolo odvolanie odmietnuté. Poučenie: Toto uznesenie nemožno napadnúť odvolaním.</w:t>
      </w:r>
    </w:p>
    <w:p/>
    <w:p>
      <w:r>
        <w:t>Zdroj: KAUZIS.SK – https://www.kauzis.sk/judikatura/r/ECLI:SK:KSBA:2012:1209217269.1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