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2Cob/173/2011 z 25. 1. 2012</w:t>
      </w:r>
    </w:p>
    <w:p>
      <w:r>
        <w:t>Uznesenie Krajského súdu Bratislava z 25. januára 2012, sp. zn. 2Cob/173/2011, ECLI:SK:KSBA:2012:1209223250.1</w:t>
      </w:r>
    </w:p>
    <w:p>
      <w:r>
        <w:t>Súd: Krajský súd Bratislava</w:t>
      </w:r>
    </w:p>
    <w:p>
      <w:r>
        <w:t>Spisová značka: 2Cob/173/2011</w:t>
      </w:r>
    </w:p>
    <w:p>
      <w:r>
        <w:t>ECLI: ECLI:SK:KSBA:2012:1209223250.1</w:t>
      </w:r>
    </w:p>
    <w:p>
      <w:r>
        <w:t>Dátum vydania: 25. 1. 2012</w:t>
      </w:r>
    </w:p>
    <w:p>
      <w:r>
        <w:t>Forma: Uznesenie</w:t>
      </w:r>
    </w:p>
    <w:p>
      <w:r>
        <w:t>Oblasť práva: Obchodné právo</w:t>
      </w:r>
    </w:p>
    <w:p>
      <w:pPr>
        <w:pStyle w:val="Heading2"/>
      </w:pPr>
      <w:r>
        <w:t>Text rozhodnutia</w:t>
      </w:r>
    </w:p>
    <w:p>
      <w:r>
        <w:t>Súd: Krajský súd Bratislava Spisová značka: 2Cob/173/2011 Identifikačné číslo súdneho spisu: 1209223250 Dátum vydania rozhodnutia: 26. 01. 2012 Meno a priezvisko sudcu, VSÚ: JUDr. Zita Ilčíková ECLI: ECLI:SK:KSBA:2012:1209223250.1 Uznesenie Krajský súd v Bratislave v právnej veci navrhovateľa: Corwell Slovensko, s.r.o., Turecká 2/C, Senec, IČO: 36 703 061, zast.: JUDr. Milošom Kvasňovským, Mestská 2/A, Bratislava, proti odporcovi: Promys Trade Slovakia, a.s., Prievozská 18, Bratislava, IČO: 35 905 247, zast.: JUDr. Dušanom Moravcom, Riečna 2, Bratislava, o zaplatenie 32.117,42 Eur s príslušenstvom, o odvolaní odporcu proti rozsudku Okresného súdu Bratislava II, č.k. 54Cb/72/2010-220 zo dňa 20.01.2011 takto r o z h o d o l : Krajský súd v Bratislave rozsudok Okresného súdu Bratislava II, č.k. 54Cb/72/2010-220 zo dňa 20.01.2011 z r u š u j e a vec mu v r a c i a na ďalšie konanie. o d ô v o d n e n i e : Napadnutým rozsudkom súd prvého stupňa odporcu zaviazal zaplatiť navrhovateľovi 32.117,42 Eur s príslušenstvom, ako aj príslušné úroky za jednotlivé obdobia z jednotlivých súm, do zaplatenia a trovy konania v sume 4.584,75 Eur. Rozhodol tak s poukazom na znenie ust. § 409 a § 365 a § 369 ObZ, keď konštatoval, že navrhovateľ dodal odporcovi tovar, ktorého kúpnu cenu odporca neuhradil. O trovách konania rozhodol podľa § 142 ods. 1 O.s.p.. Rozhodol podľa § 101 ods. 2 O.s.p. v neprítomnosti odporcu. Proti tomuto rozsudku podal v zákonom stanovenej lehote odvolanie odporca. V odvolaní poukázal na to, že vo veci bol stanovený termín pojednávania na deň 20.01.2011. Súd prvého stupňa konal v neprítomnosti odporcu a aj meritórne vo veci rozhodol. Odporca svoju neúčasť na pojednávaní ospravedlnil listom zo dňa 21.01.2011, kde svoju neúčasť zdôvodnil PN od 19.01.2011, ktorú preukázal aj doloženou lekárskou správou. Práceneschopnosť je ospravedlniteľným dôvodom neúčasti na pojednávaní, preto žiadal rozsudok súdu prvého stupňa podľa § 221 ods. 1 písm. f) O.s.p. zrušiť a vec mu vrátiť na ďalšie konanie. K odvolaniu odporcu sa dňa 11.04.2011 písomne vyjadril navrhovateľ. Vo vyjadrení poukázal na to, že odporca dlžnú sumu v zmysle vystavených faktúr hradil iba čiastočne, pričom v priebehu vzájomných komunikácii ani v najmenšom nespochybnil výšku dlžnej sumy. Odporca sa nedostavil na pojednávanie vytýčené dňa 07.10.2010, 07.12.2010 a ani dňa 20.01.2011, na ktoré pojednávanie svoju neprítomnosť neospravedlnil. Poukázal na znenie ust. § 102 ods. 2 O.s.p., podľa ktorého, ak účastník sa nedostaví na pojednávanie a nepožiada z dôležitého dôvodu o odročenie, môže súd prejednať vec v neprítomnosti takéhoto účastníka. Mal teda za to, že odporcovi nebola odňatá možnosť konať pred súdom a žiadal rozsudok súdu prvého stupňa ako vecne správny potvrdiť. Odvolací súd preskúmal rozhodnutie súdu prvého stupňa podľa § 212 ods. 1 O.s.p. bez nariadenia pojednávania podľa § 214 ods. 2 O.s.p., oboznámil sa s procesným postupom súdu prvého stupňa, s dôvodmi uvedenými v odvolaní odporcu, ako aj s vyjadrením navrhovateľa k odvolaniu a jednohlasne dospel k záveru, že odvolanie je dôvodné a je potrebné mu vyhovieť. Pokiaľ sa týka termínov pojednávania určených na deň 07.10.2010 a dňa 07.12.2010, na uvedené pojednávania odporca svoju neprítomnosť ospravedlnil a uvedené ospravedlnenia súd prvého stupňa akceptoval. Pokiaľ sa týka termínu pojednávania stanoveného na deň 20.01.2011, súd prvého stupňa mal nepochybne splnené podmienky na postup podľa § 101 ods. 2 O.s.p. a mohol konať a rozhodnúť aj v neprítomnosti odporcu. Odporca však dňa 21.01.2011 poštou zaslal súdu prvého stupňa ospravedlnenie svojej neúčasti na pojednávaní konanom dňa 20.01.2011, s lekárskou správou vystavenou dňa 19.01.2011, ktorá potvrdzuje objektívnu prekážku na strane právneho zástupcu odporcu o nemožnosti zúčastnenia sa pojednávania konanom dňa 20.01.2011, zo zdravotných dôvodov. Potvrdenie rozsudku súdu prvého stupňa by v danom prípade znamenalo porušenie práva na spravodlivý proces účastníkovi konania, čo je v rozpore s čl. 46 Ústavy Slovenskej republiky. Odvolací súd preto rozsudok súdu prvého stupňa podľa § 221 ods. 1 písm. f) O.s.p. zrušil a vec mu vrátil na ďalšie konanie. V ďalšom konaní súd prvého stupňa vec opätovne meritórne prejedná pri zachovaní zásady ústnosti po vykonaní potrebných dôkazov. V novom rozhodnutí súd prvého stupňa v súlade s ust. § 224 ods. 3 O.s.p., rozhodne i o trovách odvolacieho konania. Poučenie: Proti tomuto uzneseniu odvolanie nie je prípustné.</w:t>
      </w:r>
    </w:p>
    <w:p/>
    <w:p>
      <w:r>
        <w:t>Zdroj: KAUZIS.SK – https://www.kauzis.sk/judikatura/r/ECLI:SK:KSBA:2012:1209223250.1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