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9Co/121/2011 z 20. 2. 2012</w:t>
      </w:r>
    </w:p>
    <w:p>
      <w:r>
        <w:t>Uznesenie Krajského súdu Bratislava z 20. februára 2012, sp. zn. 9Co/121/2011, ECLI:SK:KSBA:2012:1210201077.2</w:t>
      </w:r>
    </w:p>
    <w:p>
      <w:r>
        <w:t>Súd: Krajský súd Bratislava</w:t>
      </w:r>
    </w:p>
    <w:p>
      <w:r>
        <w:t>Spisová značka: 9Co/121/2011</w:t>
      </w:r>
    </w:p>
    <w:p>
      <w:r>
        <w:t>ECLI: ECLI:SK:KSBA:2012:1210201077.2</w:t>
      </w:r>
    </w:p>
    <w:p>
      <w:r>
        <w:t>Dátum vydania: 20.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9Co/121/2011 Identifikačné číslo súdneho spisu: 1210201077 Dátum vydania rozhodnutia: 21. 02. 2012 Meno a priezvisko sudcu, VSÚ: JUDr. Juraj Považan ECLI: ECLI:SK:KSBA:2012:1210201077.2 Uznesenie Krajský súd v Bratislave v právnej veci navrhovateľa: A. T., Z. XXXX, Č. C., zastúpený: JUDr. Mariánom Holým, advokátom, Boženy Němcovej 1/A, Brezno a JUDr. Miroslavom Medveďom, advokátom, Medveďovo 1441, Čierny Balog, proti odporcovi: Z.. C. C., C. X, C., zastúpený: JUDr. Jánom Kotlíkom, advokátom, Karloveské rameno 6, P.O.BOX 23, Bratislava, o zaplatenie 23.709,39 € s príslušenstvom, vo veci vedenej na Okresnom súde Bratislava II, č. k. 17C/13/2010-161, v pomere hlasov 3 : 0, takto r o z h o d o l : Odvolací súd odporcovi náhradu trov odvolacieho konania n e p r i z n á v a. o d ô v o d n e n i e : Prvostupňový súd rozsudkom č. k. 17C/13/2010-161 zo dňa 30. novembra 2010 konanie v časti o zaplatenie 3.000 € s príslušenstvom zastavil, návrh v časti o zaplatenie 20.709,39 € s príslušenstvom zamietol. V časti, v ktorej konanie zastavil, rozhodol o náhrade trov konania tak, že žiaden z účastníkov nemá právo na náhradu trov konania a v zamietajúcej časti rozhodol tak, že navrhovateľ je povinný zaplatiť odporcovi náhradu trov konania vo výške 3.017,60 €. Rozsudok v zamietajúcej časti napadol odvolaním v zákonom stanovenej lehote navrhovateľ, ktorý žiadal, aby odvolací súd rozsudok súdu prvého stupňa v napadnutej časti zrušil a vec vrátil súdu prvého stupňa na ďalšie konanie. Odporca v písomnom vyjadrení k odvolaniu žiadal rozsudok v napadnutej časti potvrdiť a priznať náhradu trov odvolacieho konania, ktoré ale v tomto vyjadrení nevyčíslil. Krajský súd v Bratislave ako súd odvolací dňa 16.02.2012 v zmysle § 211 ods. 2 a § 156 ods. 3 O.s.p. verejne vyhlásil rozsudok č. k. 9Co 121/11-193, ktorým rozsudok súdu prvého stupňa v napadnutej zamietajúcej časti potvrdil. Podľa § 214 ods. 4 O.s.p. ak odvolací súd verejne vyhlási rozsudok bez nariadenia pojednávania, doručí ho prítomným účastníkom hneď po jeho vyhlásení. Neprítomným účastníkom ho odošle najneskôr do troch dní; to neplatí, ak je potrebné vydať uznesenie podľa odseku 5. V takom prípade odvolací súd doručí rozsudok súčasne s uznesením podľa odseku 5. Podľa § 214 ods. 5 O.s.p. ak nemožno v čase verejného vyhlásenia rozsudku možné rozhodnúť o náhrade trov konania, pretože neboli vyčíslené, odvolací súd rozhodne samostatným uznesením. Rovnako postupuje, ak si účastníci konania uplatnia náhradu trov konania v súvislosti s verejným vyhlásením rozsudku. Podľa § 224 ods. 1 O.s.p. ustanovenia o trovách konania pred súdom prvého stupňa platia i pre odvolacie konanie. Podľa § 142 ods. 1 O.s.p. účastníkovi, ktorý mal vo veci plný úspech, súd prizná náhradu trov potrebných na účelné uplatňovanie alebo bránenie práva proti účastníkovi, ktorý vo veci úspech nemal.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151 ods. 2 O.s.p. ak účastník v lehote podľa odseku 1 trovy nevyčísli,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V danom prípade mal odporca v odvolacom konaní plný úspech a preto by mu v zmysle § 142 ods. 1 O.s.p. prináležala náhrada trov odvolacieho konania. Odporca v lehote 3 pracovných dní od vyhlásenia rozsudku /16.02.2012/ tieto nevyčíslil, okrem trov právneho zastúpenia mu iné trovy odvolacieho konania zo spisu nevyplývajú a preto odvolací súd rozhodol tak, že odporcovi náhradu trov odvolacieho konania nepriznal. Poučenie: Toto uznesenie nie je možné napadnúť odvolaním.</w:t>
      </w:r>
    </w:p>
    <w:p/>
    <w:p>
      <w:r>
        <w:t>Zdroj: KAUZIS.SK – https://www.kauzis.sk/judikatura/r/ECLI:SK:KSBA:2012:1210201077.2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