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3Co/396/2011 z 29. 1. 2012</w:t>
      </w:r>
    </w:p>
    <w:p>
      <w:r>
        <w:t>Uznesenie Krajského súdu Bratislava z 29. januára 2012, sp. zn. 3Co/396/2011, ECLI:SK:KSBA:2012:1210205712.1</w:t>
      </w:r>
    </w:p>
    <w:p>
      <w:r>
        <w:t>Súd: Krajský súd Bratislava</w:t>
      </w:r>
    </w:p>
    <w:p>
      <w:r>
        <w:t>Spisová značka: 3Co/396/2011</w:t>
      </w:r>
    </w:p>
    <w:p>
      <w:r>
        <w:t>ECLI: ECLI:SK:KSBA:2012:1210205712.1</w:t>
      </w:r>
    </w:p>
    <w:p>
      <w:r>
        <w:t>Dátum vydania: 29. 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3Co/396/2011 Identifikačné číslo súdneho spisu: 1210205712 Dátum vydania rozhodnutia: 30. 01. 2012 Meno a priezvisko sudcu, VSÚ: JUDr. Mária Šramková ECLI: ECLI:SK:KSBA:2012:1210205712.1 Uznesenie Krajský súd v Bratislave v právnej veci žalobcu: Z.. Z. Z., C. Š. X, K., zastúpeného Advokátskou kanceláriou KUHAJDA, s.r.o., Karadžičova 47, Bratislava, proti žalovanej: Z.. D. Z., C. C. XX, C., zastúpenej advokátkou JUDr. Angelovu Noskovičovou, Mliekarenská 10, Bratislava, o zaplatenie 47,98 eur s prísl., o späťvzatí žaloby po vyhlásení rozsudku Okresného súdu Bratislava II č.k. 15C/200/2010-202, zo dňa 27. apríla 2011, takto r o z h o d o l : Odvolací súd pripúšťa späťvzatie žaloby, rozsudok Okresného súdu Bratislava II č.k. 15C/200/2010-202 zo dňa 27.4.2011 z r u š u j e a konanie z a s t a v u j e . Žalobca je povinný zaplatiť žalovanej náhradu trov konania 16,50 eur k rukám právnej zástupkyne žalovanej, do 3 dní od právoplatnosti uznesenia. o d ô v o d n e n i e : Súd prvého stupňa napadnutým rozsudkom zamietol žalobu, ktorou sa žalobca domáhal zaplatenia 47,98 eur s 8,5 % úrokom z omeškania ročne od 11.1.2008 do zaplatenia; žalobcovi uložil povinnosť zaplatiť žalovanej náhradu trov konania 16,50 eur na účet jej právnej zástupkyne. Proti rozsudku podal odvolanie žalobca a žiadal napadnutý rozsudok zrušiť a vrátiť vec na ďalšie konanie. Podaním zo dňa 26.9.2011 žalobca zobral návrh v celom rozsahu späť z dôvodu vyriešenia spornej veci dohodou o urovnaní zo dňa 26.9.2011.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Nakoľko v predmetnej veci žalobca vzal návrh na začatie konania späť po rozhodnutí súdu prvého stupňa, odvolací súd v zmysle citovaného ustanovenia zákona pripustil späťvzatie žaloby, zrušil rozsudok súdu prvého stupňa a konanie zastavil. O náhrade trov konania rozhodol odvolací súd v zmysle § 146 ods. 2 veta prvá O.s.p., keď nemožno konštatovať také správanie sa žalovanej, pre ktoré by bola vzatá späť dôvodne podaná žaloba a kedy by bolo možné pri rozhodnutí o náhrade trov konania aplikovať § 146 ods. 2 veta druhá O.s.p. Žalobca, ktorý procesne zavinil zastavenie konania (späťvzatím žaloby), je povinný nahradiť trovy konania žalovanej pozostávajúce zo súdneho poplatku za odpor vo výške 16,50 eur (v súlade s dohodou o urovnaní). Odvolací súd preto žalobcu v zmysle § 146 ods. 2 veta prvá O.s.p. k zaplateniu náhrady trov konania vo výške 16,50 eur zaviazal.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https://www.kauzis.sk/judikatura/r/ECLI:SK:KSBA:2012:1210205712.1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