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1Cob/210/2012 z 30. 5. 2012</w:t>
      </w:r>
    </w:p>
    <w:p>
      <w:r>
        <w:t>Uznesenie Krajského súdu Bratislava z 30. mája 2012, sp. zn. 1Cob/210/2012, ECLI:SK:KSBA:2012:1210221877.1</w:t>
      </w:r>
    </w:p>
    <w:p>
      <w:r>
        <w:t>Súd: Krajský súd Bratislava</w:t>
      </w:r>
    </w:p>
    <w:p>
      <w:r>
        <w:t>Spisová značka: 1Cob/210/2012</w:t>
      </w:r>
    </w:p>
    <w:p>
      <w:r>
        <w:t>ECLI: ECLI:SK:KSBA:2012:1210221877.1</w:t>
      </w:r>
    </w:p>
    <w:p>
      <w:r>
        <w:t>Dátum vydania: 30. 5. 2012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1Cob/210/2012 Identifikačné číslo súdneho spisu: 1210221877 Dátum vydania rozhodnutia: 31. 05. 2012 Meno a priezvisko sudcu, VSÚ: JUDr. Danica Michalková ECLI: ECLI:SK:KSBA:2012:1210221877.1 Uznesenie Krajský súd v Bratislave v právnej veci žalobcu: HOSPIMED - Slovakia, spol. s r. o., Orenburská č. 44, Bratislava, IČO: 31342311, zast. JUDr. Vladimírom Giráškom, advokátom, Medená č. 35, Bratislava, proti žalovanému: P.L.J., spol. s r. o., Mierová č. 183, Bratislava, IČO: 44627556, o zaplatenie 2.874,44 Eur ist. a prísl., o odvolaní žalobcu proti rozsudku Okresného súdu Bratislava II zo dňa 29. 03. 2012 č. k. 42Cb/202/2011-48 takto r o z h o d o l : Krajský súd odvolanie žalobcu o d m i e t a . Žalovanému sa nepriznáva náhrada trov odvolacieho konania. o d ô v o d n e n i e : Súd prvého stupňa napadnutým rozsudkom zamietol žalobu žalobcu, ktorou sa domáhal zaplatenia 2.874,44 Eur ist. a prísl. titulom nezaplatenia kúpnej ceny za objednaný tovar a o trovách konania rozhodol tak, že ich náhradu priznal žalovanému vo výške 172,- Eur. Proti tomuto rozsudku podal odvolanie žalobca a uviedol, že pre náhle zhoršenie zdravotného stavu sa jeho právny zástupca nemohol zúčastniť pojednávania, žalovaný túto situáciu využil a súd rozhodol v neprítomnosti právneho zástupcu žalobcu a v neprospech žalobcu. Tvrdenia uvádzané žalovaným v konaní nie sú pravdivé, žalovaný prevzal tovar dodaný mu žalobcom, za ktorý nezaplatil. Uviedol ďalej, že rozsudok súdu prvého stupňa prevzal dňa 02. 05. 2012. Podľa § 218 ods. 1 písm. a) O.s.p. odvolací súd odmietne odvolanie, ktoré bolo podané oneskorene. Odvolanie sa podľa § 204 ods. 1 O.s.p. podáva do pätnástich dní od doručenia rozhodnutia na súde, proti rozhodnutiu ktorého smeruje. Podľa ust. § 158 ods. 2 O.s.p. v spojení s ust. § 167 ods. 2 O.s.p. rovnopis písomného vyhotovenia rozsudku sa doručuje účastníkom, prípadne ich zástupcom do vlastných rúk. Písomné vyhotovenie rozsudku bolo doručované právnemu zástupcovi odporcu na adresu jeho sídla poštou a bolo prevzaté dňa 30. 04. 2012 a zákonná lehota na podanie odvolania uplynula dňa 15. 05. 2012 (utorok). Odvolanie bolo podané na poštovú prepravu dňa 18. 05. 2012, teda po uplynutí zákonom stanovenej 15-dňovej lehoty. Doručenie rozsudku právnemu zástupcovi preukazuje poštová doručenka, podľa ktorej právny zástupca žalobcu zásielku, obsahujúcu rozsudok súdu prvého stupňa, prevzal osobne dňa 30. 05. 2012. Tento údaj podľa ust. § 45 ods. 2 O.s.p. je pravdivý, pretože nebol žalobcom preukázaný opak. Odvolanie bolo podané oneskorene, preto odvolací súd podľa ust. § 218 ods. 1 písm. a) O.s.p. odvolanie odmietol. O trovách odvolacieho konania súd rozhodol podľa ust. § 224 ods. 1 O.s.p. a žalovanému ich náhradu nepriznal, pretože mu žiadne nevznikli. Toto rozhodnutie prijal senát krajského súdu pomerom hlasov 3 : 0. Poučenie: Proti tomuto uzneseniu odvolanie n i e j e prípustné.</w:t>
      </w:r>
    </w:p>
    <w:p/>
    <w:p>
      <w:r>
        <w:t>Zdroj: KAUZIS.SK – https://www.kauzis.sk/judikatura/r/ECLI:SK:KSBA:2012:1210221877.1 (dáta aktuálne k 30.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