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2Cob/503/2011 z 9. 1. 2012</w:t>
      </w:r>
    </w:p>
    <w:p>
      <w:r>
        <w:t>Uznesenie Krajského súdu Bratislava z 9. januára 2012, sp. zn. 2Cob/503/2011, ECLI:SK:KSBA:2012:1210222934.1</w:t>
      </w:r>
    </w:p>
    <w:p>
      <w:r>
        <w:t>Súd: Krajský súd Bratislava</w:t>
      </w:r>
    </w:p>
    <w:p>
      <w:r>
        <w:t>Spisová značka: 2Cob/503/2011</w:t>
      </w:r>
    </w:p>
    <w:p>
      <w:r>
        <w:t>ECLI: ECLI:SK:KSBA:2012:1210222934.1</w:t>
      </w:r>
    </w:p>
    <w:p>
      <w:r>
        <w:t>Dátum vydania: 9.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2Cob/503/2011 Identifikačné číslo súdneho spisu: 1210222934 Dátum vydania rozhodnutia: 10. 01. 2012 Meno a priezvisko sudcu, VSÚ: JUDr. Zita Ilčíková ECLI: ECLI:SK:KSBA:2012:1210222934.1 Uznesenie Krajský súd v Bratislave v právnej veci navrhovateľa: ReMax Courier Service, spol. s r.o., Cikkerova 2, Bratislava, IČO: 35 825 456, zast.: Mgr. Elenou Diaz, AK, Hlavná 9, Stupava, proti odporcovi: BHS, s.r.o., Trnavská cesta 70, Bratislava, IČO: 35 871 237, o zaplatenie 12,09 Eur s príslušenstvom, o späťvzatí návrhu takto r o z h o d o l : Krajský súd v Bratislave pripúšťa späťvzatie návrhu, rozsudok Okresného súdu Bratislava II, č.k. 23Cb/56/2011-50 zo dňa 29.09.2011 z r u š u j e a konanie vo veci z a s t a v u j e. Odporcovi trovy prvostupňového ani odvolacieho konania nepriznáva. o d ô v o d n e n i e : Dňa 29.09.2011 súd prvého stupňa vo veci vyhlásil v neprítomnosti účastníkov rozsudok, ktorým zaviazal odporcu uhradiť navrhovateľovi 12,09 Eur s príslušenstvom a trovy konania v sume 63,60 Eur. Dňa 04.10.2011 vzal navrhovateľ žalobu späť, žiadal konanie vo veci zastaviť, z dôvodu, že pri vymáhaní pohľadávky došlo u navrhovateľa omylom k zámene dlžníka. Žiadal tiež vrátiť súdny poplatok. Odporca sa ku späťvzatiu návrhu nevyjadril. Podľa §-u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Nakoľko odporca nevyjadril svoj nesúhlas so späťvzatím žaloby, odvolací súd ho pripustil, rozsudok súdu prvého stupňa zrušil a konanie vo veci zastavil. O trovách prvostupňového i odvolacieho konania bolo rozhodnuté podľa §-u 224 ods. 1 O.s.p., v nadväznosti na ust. §-u 142 ods. 1 O.s.p., a odporcovi tieto nepriznal, lebo v konaní mu žiadne nevznikli. Poučenie: Proti tomuto uzneseniu odvolanie nie je prípustné</w:t>
      </w:r>
    </w:p>
    <w:p/>
    <w:p>
      <w:r>
        <w:t>Zdroj: KAUZIS.SK – https://www.kauzis.sk/judikatura/r/ECLI:SK:KSBA:2012:1210222934.1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