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5Co/121/2012 z 29. 3. 2012</w:t>
      </w:r>
    </w:p>
    <w:p>
      <w:r>
        <w:t>Uznesenie Krajského súdu Bratislava z 29. marca 2012, sp. zn. 5Co/121/2012, ECLI:SK:KSBA:2012:1210225930.1</w:t>
      </w:r>
    </w:p>
    <w:p>
      <w:r>
        <w:t>Súd: Krajský súd Bratislava</w:t>
      </w:r>
    </w:p>
    <w:p>
      <w:r>
        <w:t>Spisová značka: 5Co/121/2012</w:t>
      </w:r>
    </w:p>
    <w:p>
      <w:r>
        <w:t>ECLI: ECLI:SK:KSBA:2012:1210225930.1</w:t>
      </w:r>
    </w:p>
    <w:p>
      <w:r>
        <w:t>Dátum vydania: 29. 3. 2012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Bratislava Spisová značka: 5Co/121/2012 Identifikačné číslo súdneho spisu: 1210225930 Dátum vydania rozhodnutia: 30. 03. 2012 Meno a priezvisko sudcu, VSÚ: JUDr. Juraj Považan ECLI: ECLI:SK:KSBA:2012:1210225930.1 Uznesenie Krajský súd v Bratislave v právnej veci navrhovateľa: X. Q., Z. O. Z., Z. X, proti odporkyni: Q. Q., Z. O. Z., Z. X, zast. Centrom právnej pomoci so sídlom v Bratislave, Nám. Slobody č. 12, o rozvod manželstva, na odvolanie odporkyne proti rozsudku Okresného súdu Bratislava II v Bratislave zo dňa 20. januára 2012 č.k. 11C 224/2010 - 45 takto r o z h o d o l : Odvolací súd napadnutý rozsudok súdu prvého stupňa z r u š u j e a konanie vo veci z a s t a v u j e . Odporkyni nepriznáva náhradu trov konania. o d ô v o d n e n i e : Napadnutým uznesením súd prvého stupňa rozviedol manželstvo účastníkov Dušana Glucha a Gabriely Gluchovej uzavreté dňa 13.11.1965 a žiadnemu z účastníkov nepriznal právo na náhradu trov konania. Proti tomuto rozsudku podala v zákonnej lehote odvolanie odporkyňa. Oznámila súdu, že navrhovateľ dňa 26.1.2012 t.j. šesť dní po vyhlásení rozsudku o rozvode ich manželstva zomrel. Navrhla, aby súd konanie vo veci zastavil. Odvolací súd po preskúmaní veci bez odvolacieho pojednávania (§ 212 ods. 1 a § 214 ods. 2 O.s.p.) a dospel k záveru, že konanie vo veci rozvodu manželstva je potrebné zastaviť. Podľa § 107 ods. 2 O.s.p. konanie súd zastaví najmä vtedy, ak zomrie manžel pred právoplatným skončením konania o rozvode. Z úmrtného listu odvolací súd zistil, že navrhovateľ zomrel dňa 26.1.2012 t.j. po vyhlásení rozsudku avšak skôr ako tento nadobudol právoplatnosť. Ďalšie konanie o rozvod manželstva smrťou navrhovateľa stratilo akýkoľvek zmysel, pretože manželstvo účastníkov zaniklo silnejším právnym dôvodom, ktorým je smrť. - 2 - Keďže súd prvého stupňa už vydal rozsudok, ale tento doteraz nenadobudol právoplatnosť, odvolací súd postupoval analogicky podľa § 208 O.s.p., rozsudok súdu prvého stupňa zrušil a konanie o rozvod manželstva zastavil. K úmrtiu navrhovateľa došlo pred doručením rozsudku a naviac odporkyňa podala voči nemu odvolanie. Pokiaľ ide o náhradu trov konania táto odporkyni priznaná nebola, keďže ju ani nepožadovala (§ 146 ods. 1 písm. c/ O.s.p. a § 151 ods. 1 O.s.p.). Poučenie: Toto uznesenie nemožno napadnúť odvolaním.</w:t>
      </w:r>
    </w:p>
    <w:p/>
    <w:p>
      <w:r>
        <w:t>Zdroj: KAUZIS.SK – https://www.kauzis.sk/judikatura/r/ECLI:SK:KSBA:2012:1210225930.1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