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20CoP/107/2011 z 6. 6. 2012</w:t>
      </w:r>
    </w:p>
    <w:p>
      <w:r>
        <w:t>Opravné uznesenie Krajského súdu Bratislava z 6. júna 2012, sp. zn. 20CoP/107/2011, ECLI:SK:KSBA:2012:1210228118.3</w:t>
      </w:r>
    </w:p>
    <w:p>
      <w:r>
        <w:t>Súd: Krajský súd Bratislava</w:t>
      </w:r>
    </w:p>
    <w:p>
      <w:r>
        <w:t>Spisová značka: 20CoP/107/2011</w:t>
      </w:r>
    </w:p>
    <w:p>
      <w:r>
        <w:t>ECLI: ECLI:SK:KSBA:2012:1210228118.3</w:t>
      </w:r>
    </w:p>
    <w:p>
      <w:r>
        <w:t>Dátum vydania: 6. 6. 2012</w:t>
      </w:r>
    </w:p>
    <w:p>
      <w:r>
        <w:t>Forma: Opravné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20CoP/107/2011 Identifikačné číslo súdneho spisu: 1210228118 Dátum vydania rozhodnutia: 07. 06. 2012 Meno a priezvisko sudcu, VSÚ: JUDr. Darina Kriváňová ECLI: ECLI:SK:KSBA:2012:1210228118.3 Opravné uznesenie Krajský súd v Bratislave vo veci starostlivosti súdu o maloleté dieťa: H. G. D., nar. XX.XX.XXXX, zastúpená kolíznym opatrovníkom: Úrad práce, sociálnych vecí a rodiny R., H. Z.. Č.. X/A, R., dieťa rodičov: matka - B.. K. D., nar. XX.XX.XXXX, bytom v R., H. Z.. Č.. XX, zastúpená advokátom: JUDr. PaedDr. Jozef Malich, Záhradnícka ul. č. 30, Bratislava, otec - B.. L. W., nar. XX.XX.XXXX, bytom v R., R. Z.. Č.. X, o zvýšenie výživného vo veci vedenej na Okresnom súde Bratislava II pod sp. zn. 49P 29/2010, takto r o z h o d o l : Odvolací súd o p r a v u j e časť výroku rozsudku Krajského súdu v Bratislave, č. k. 20CoP 107/2011- 209 zo dňa 28.03.2012 tak, že správne má znieť: Matke maloletej súd ukladá, aby v lehote do 5 dní od právoplatnosti tohto rozsudku založila osobitný účet na tento účel na meno maloletej H. a účet vinkulovala v prospech súhlasu súdu s jeho nakladaním do dovŕšenia plnoletosti maloletej H. a aby otcovi maloletej číslo účtu a peňažný ústav oznámila do 5 dní od jeho založenia. o d ô v o d n e n i e : Krajský súd v Bratislave ako súd odvolací svojím rozhodnutím zo dňa 28.03.2012, č. k. 20CoP 107/2011-209 rozhodol, že rozsudok súdu prvého stupňa mení tak, že zvyšuje vyživovaciu povinnosť na maloletú H. G. D., U.. XX.XX.XXXX zo sumy 132,78 eur mesačne na sumu 250,- eur mesačne od 14.12.2010, ktorú sumu je otec maloletej povinný platiť vždy do 15. dňa v mesiaci vopred k rukám matky maloletej a sumu 50,- eur mesačne na tvorbu úspor, ktorú je otec maloletej od 01.04.2012 povinný zasielať na osobitný účet maloletej, ktorého číslo a peňažný ústav otcovi oznámi matka maloletej. Matke maloletej súd uložil, aby v lehote do 5 dní od právoplatnosti tohto rozsudku založila osobitný účet na tento účel na meno maloletej H. a účet vinkulovala v prospech súhlasu súdu s jeho nakladaním do dovŕšenia plnoletosti maloletej H.Ó. a aby otcovi maloletej číslo účtu a peňažný ústav oznámila do 5 dní od jeho založenia. Zročné výživné za obdobie od 14.12.2010 do 31.03.2012 v sume 1.826,36 eur súd povolil otcovi maloletej zaplatiť v mesačných splátkach po 600,- eur až do zaplatenia k rukám matky maloletej od 01.04.2012 pod stratou výhody splátok. Týmto súd zmenil rozsudok Okresného súdu Bratislava II zo dňa 01.10.2003, č. k. P 142/2003-11 v časti výroku o určení výživného na maloletú H. G. D.. Žiadnemu z účastníkov súd nepriznal právo na náhradu trov konania. Písomným podaním zo dňa 10.04.2012 doručeného odvolaciemu súdu dňa 10.04.2012 požiadala matka maloletej H. o opravu výroku rozsudku odvolacieho súdu, č. k. 20CoP 107/2011-209 zo dňa 28.03.2012 z dôvodu, že vo výroku tohto rozsudku je namiesto skutočného mena maloletej H. G. D. uvedené meno maloletá H.. Podľa § 211 ods. 2 O.s.p. ak tento zákon neustanovuje inak, pre konanie na odvolacom súde platia primerane ustanovenia o konaní pred súdom prvého stupňa. Podľa § 216 O.s.p. ustanovenia § 92 ods. 1 a 4, § 97 a 98 pre odvolacie konanie neplatia.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V danej veci vo výroku rozsudku odvolacieho súdu došlo k zrejmej nesprávnosti spočívajúcej v tom, že bola nesprávne označená maloletá, a to menom H.. Správne malo byť uvedené H.. Vzhľadom na uvedené a s poukazom na vyššie citované ustanovenia odvolací súd rozhodol tak, ako je uvedené vo výroku tohto uznesenia. Poučenie: Proti tomuto uzneseniu odvolanie nie je prípustné.</w:t>
      </w:r>
    </w:p>
    <w:p/>
    <w:p>
      <w:r>
        <w:t>Zdroj: KAUZIS.SK – https://www.kauzis.sk/judikatura/r/ECLI:SK:KSBA:2012:1210228118.3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