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20CoE/260/2011 z 15. 2. 2012</w:t>
      </w:r>
    </w:p>
    <w:p>
      <w:r>
        <w:t>Uznesenie Krajského súdu Bratislava z 15. februára 2012, sp. zn. 20CoE/260/2011, ECLI:SK:KSBA:2012:1210228451.1</w:t>
      </w:r>
    </w:p>
    <w:p>
      <w:r>
        <w:t>Súd: Krajský súd Bratislava</w:t>
      </w:r>
    </w:p>
    <w:p>
      <w:r>
        <w:t>Spisová značka: 20CoE/260/2011</w:t>
      </w:r>
    </w:p>
    <w:p>
      <w:r>
        <w:t>ECLI: ECLI:SK:KSBA:2012:1210228451.1</w:t>
      </w:r>
    </w:p>
    <w:p>
      <w:r>
        <w:t>Dátum vydania: 15. 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20CoE/260/2011 Identifikačné číslo súdneho spisu: 1210228451 Dátum vydania rozhodnutia: 16. 02. 2012 Meno a priezvisko sudcu, VSÚ: JUDr. Blažena Hirnerová ECLI: ECLI:SK:KSBA:2012:1210228451.1 Uznesenie Krajský súd v Bratislave v exekučnej veci oprávneného: TOI TOI &amp; DIXI, s.r.o., Stará Vajnorská 37, 831 04 Bratislava, IČO: 36 383 074, zastúpeného: Mgr. Michal Zeman, advokát, Advokátska kancelária Zárecký Zeman Ďurišová, Medená 18, 811 02 Bratislava, proti povinnému: M. Š., U.. XX.X.XXXX, G. X, XXX XX R., zastúpenému: JUDr. Beáta Kaprinayová, advokátka, AK Šoltésovej 22, 811 08 Bratislava, vedenej súdnym exekútorom JUDr. Máriou Hlaváčovou, sídlo Exekútorského úradu Hlavné námestie 34, 060 01 Kežmarok, pod č. EX 289/2010, o vymoženie uloženej povinnosti zaplatiť 22.609,93 eur istiny s príslušenstvom a trovy exekúcie, o odvolaní oprávneného proti uzneseniu Okresného súdu Bratislava II č.k. 53Er/2152/2010 - 16 zo dňa 29.3.2011, takto r o z h o d o l : Krajský súd v Bratislave uznesenie Okresného súdu Bratislava II č.k. 53Er/2152/2010 - 16 zo dňa 29.3.2011 p o t v r d z u j e . o d ô v o d n e n i e : Napadnutým uznesením súd prvého stupňa povolil odklad exekúcie do právoplatného ukončenia konania vo veci obnovy konania vedenej pod sp. zn. 24Cb/12/2011. Rozhodol tak z dôvodu, že Okresný súd Bratislava II v konaní 24Cb/12/2011 síce zamietol návrh povinného na odklad vykonateľnosti exekučného titulu, avšak ohľadom návrhu na povolenie obnovy konania dosiaľ nerozhodol. Poukázal na ustanovenie § 56 ods. 2 Ex. por., podľa ktorého aj bez návrhu môže súd povoliť odklad exekúcie, ak možno očakávať, že exekúcia bude zastavená a konštatoval, že odklad exekúcie povolil aj z dôvodu, aby nedošlo k ujmám na majetku povinného v prípade pokračovania v exekúcii. Proti uzneseniu podal včas odvolanie oprávnený, ktorý v jeho odôvodnení uviedol, že podanie návrhu na obnovu konania samo o sebe nie je dôvodom na povolenie odkladu exekúcie. Z ustanovenia § 233 O.s.p. jednoznačne vyplýva, že ak je pravdepodobné, že sa návrhu na obnovu konania vyhovie, môže súd nariadiť odklad vykonateľnosti rozhodnutia vo veci, čo sa však v danom prípade nestalo. Z návrhu povinného na obnovu konania vyplýva, že ako dôvody obnovy konania sú tie dôvody, ktoré mohol uviesť v odpore proti platobnému rozkazu, a preto nie je možné očakávať, že dôjde k povoleniu obnovy konania, a preto odôvodnenie napadnutého rozhodnutia nemá oporu v zákone a zasahuje do ústavou garantovaných práv oprávneného. V podaní zo dňa 2.12.2012 povinný uviedol, že od začiatku namieta, že nie je osobou, voči ktorej bolo vedené pôvodné konanie o zaplatenie vymáhanej pohľadávky. V návrhu na rozhodnutie vo veci samej bol ako žalovaný označený M. Š., R. G. X, XXX XX R., U.. XX.X.XXXX, A..Č.. XXXXXX/XXXX, podnikajúci pod obchodným menom M. Š. E. miestom G. X, R., B.: XX XXX XXX, čo je neurčité a zmätočné, nakoľko osoba označená v návrh nie je totožná s osobu, ktorá podniká pod uvedeným obchodným menom ako fyzická osoba - podnikateľ a používa B.: XX XXX 009. Toto IČO používa iná osoba - M. Š., U. X.X.XXXX a má rodné číslo XXXXXX/XXXX. Miesto podnikania žalovaného je na G. Z.. Č.. X, kde sa zdržiava a má miesto svojho bydliska M. Š. E.Í., U. H. r. XXXX. Povinnému - IČO: 37 563 009 - nikdy nebol doručený platobný rozkaz, vydaný dňa 23.9.2010; zásielku prevzal M. Š. starší, čo vyplýva z doručenky založenej v súdnom spise. Žalovaný nemal možnosť brániť sa proti platobnému rozkazu, pretože sa o súdnom konaní dozvedel až v štádiu exekučného konania. Z uvedených dôvodov bol podaný aj návrh na obnovu konania; na pojednávaní súd zisťoval okolnosti doručovania exekučného titulu a keďže bolo preukázané, že M. Š., B.: XX XXX 009, nebol platobný rozkaz nikdy doručený, nemohol nadobudnúť právoplatnosť a vykonateľnosť. Keďže obnova konania je prípustná len voči právoplatným rozhodnutiam, súd návrh na povolenie obnovy konania zamietol, čo doložil uznesením č.k. 24Cb/12/2011 - 58 zo dňa 23.11.2011 a výpisom zo živnostenského registra M. Š., A..Č.. XXXXXX/XXXX, B.: XX XXX 009. Vzhľadom na uvedené a s poukazom na ustanovenie § 57 ods. 1 písm. a/ Exekučného poriadku navrhol, aby súd rozhodol o zastavení exekúcie a povinnému priznal náhradu trov konania a trov právneho zastúpenia. Krajský súd v Bratislave, ako súd odvolací (§ 10 ods.1 O.s.p.), po zistení, že odvolanie bolo podané včas (§ 204 ods.1 O.s.p.), prejednal odvolanie bez nariadenia pojednávania podľa ustanovenia § 214 ods.2 O.s.p. v rozsahu vyplývajúcom z ustanovenia § 212 ods.1 O.s.p., a dospel k záveru, že odvolaniu oprávneného nie je možné vyhovieť. Z obsahu spisu súdu prvého stupňa odvolací súd zistil, že exekučným titulom v predmetnom exekučnom konaní bol platobný rozkaz Okresného súdu Bratislava II sp. zn. 33Rob/1758/2010 zo dňa 23.9.2010 s vyznačenou právoplatnosťou 16.10.2010, v ktorom bol ako odporca označený M. Š., B.: XX XXX 009, G. X, R.; z poverenia na vykonanie exekúcie č. 5102 089326* zo dňa 21.12.2010 vyplýva, že exekúcia smeruje proti povinnému M. Š., U.. XX.X.XXXX, G.Á. X, R.. Z vyššie označených listín, podania povinného a z výpisov zo živnostenského registra vyplýva zásadný rozpor v označení povinného: konkrétne: M. Š.B. - B.: XX XXX 009 sa nenarodil XX.X.XXXX. Relevantné sú údaje: M. Š., D.V. D. B.: XX XXX 009, E. U. X.X.XXXX K. M. Š., U.. XX.X.XXXX, D. N. XX.X.XXXX D. B.: XX 782 714. Preto odvolací súd nutne dospel k záveru, že exekučné konanie je od počiatku vedené zmätočne, pretože v návrhu na vykonanie exekúcie, exekučnom titule a v poverení na vykonanie exekúcie nie je jednoznačne určené, ktorému subjektu sa ukladá povinnosť, keďže povinný subjekt je v každej z uvedených písomností označený inak. Odvolací súd súhlasí s tvrdením oprávneného, že podanie návrhu na obnovu základného konania, v ktorom sa rozhodovalo o exekučnom titule, nie je bez ďalšieho relevantným dôvodom na povolenie odkladu exekúcie; v prejednávacej veci však bolo potrebné prihliadnuť na nasledovné skutočnosti: Vzhľadom na to, že v priebehu odvolacieho konania uplynula doba, na ktorú súd odklad exekúcie povolil, keďže Okresný súd Bratislava II uznesením č.k. 24Cb/12/2011 - 58 zo dňa 23.11.2011 o návrhu povinného rozhodol. Preto by nebolo procesne efektívne, aby odvolací súd odvolacej námietke oprávneného vyhovel. Exekučný súd bude povinný v exekúcii pokračovať a vykonať náležité dokazovanie ohľadom skutkových tvrdení povinného, uvedených v námietkach proti exekúcii, doručených 19.1.2011 (č. l. 11), keďže v tejto časti exekučného konania žiadne dokazovanie nevykonal napriek tomu, že v námietkach sa spochybňuje právoplatnosť a vykonateľnosť exekučného titulu, pričom obidve uvedené vlastnosti sú imanentnou náležitosťou právne relevantného exekučného titulu. Potvrdením o vykonateľnosti opatrí exekučný titul podľa § 41 ods. 1 Ex. por. súd, ktorý vo veci rozhodol ako súd prvého stupňa (formálna vykonateľnosť); exekučný súd však týmto nie je bezvýhradne viazaný. Exekučný súd je oprávnený skúmať, či sú podmienky formálnej vykonateľnosti skutočne naplnené, a to aj vtedy, ak je exekučným titulom rozhodnutie súdu; vykonateľnosť exekučného titulu môže exekučný súd skúmať v každom štádiu konania, a to na návrh, ale aj bez návrhu. Preto bolo potrebné uznesenie súdu prvého stupňa v súlade s ust. § 219 ods. 1 O.s.p. potvrdiť ako vecne správne. O náhrade trov konania rozhodne exekučný súd v rozhodnutí o námietkach proti exekúcii, a to podľa § 142 v závislosti od úspechu účastníka vo veci. Toto uznesenie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https://www.kauzis.sk/judikatura/r/ECLI:SK:KSBA:2012:1210228451.1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