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3Co/341/2012 z 27. 8. 2012</w:t>
      </w:r>
    </w:p>
    <w:p>
      <w:r>
        <w:t>Uznesenie Krajského súdu Bratislava z 27. augusta 2012, sp. zn. 3Co/341/2012, ECLI:SK:KSBA:2012:1211200378.1</w:t>
      </w:r>
    </w:p>
    <w:p>
      <w:r>
        <w:t>Súd: Krajský súd Bratislava</w:t>
      </w:r>
    </w:p>
    <w:p>
      <w:r>
        <w:t>Spisová značka: 3Co/341/2012</w:t>
      </w:r>
    </w:p>
    <w:p>
      <w:r>
        <w:t>ECLI: ECLI:SK:KSBA:2012:1211200378.1</w:t>
      </w:r>
    </w:p>
    <w:p>
      <w:r>
        <w:t>Dátum vydania: 27. 8. 2012</w:t>
      </w:r>
    </w:p>
    <w:p>
      <w:r>
        <w:t>Forma: Uznesenie</w:t>
      </w:r>
    </w:p>
    <w:p>
      <w:r>
        <w:t>Oblasť práva: Občianske právo</w:t>
      </w:r>
    </w:p>
    <w:p>
      <w:pPr>
        <w:pStyle w:val="Heading2"/>
      </w:pPr>
      <w:r>
        <w:t>Text rozhodnutia</w:t>
      </w:r>
    </w:p>
    <w:p>
      <w:r>
        <w:t>Súd: Krajský súd Bratislava Spisová značka: 3Co/341/2012 Identifikačné číslo súdneho spisu: 1211200378 Dátum vydania rozhodnutia: 28. 08. 2012 Meno a priezvisko sudcu, VSÚ: JUDr. Mária Šramková ECLI: ECLI:SK:KSBA:2012:1211200378.1 Uznesenie Krajský súd v Bratislave v právnej veci navrhovateľa: W.. O.L. M., I.. XX.XX.XXXX, Z. L. X, Z., proti odporkyni: V.. Y. Z., I.. F.. K. XX/X, B. Z., zastúpenej: Mgr. Teréziou Sedlákovou, advokátkou, Klariská 7, Bratislava, o ochranu osobnosti, o odvolaní navrhovateľa proti rozsudku Okresného súdu Bratislava II č. k. 20C/6/2011-99 zo dňa 05. marca 2012, takto r o z h o d o l : Odvolanie navrhovateľa sa o d m i e t a . Odporkyni sa náhrada trov odvolacieho konania nepriznáva. o d ô v o d n e n i e : Napadnutým rozsudkom súd prvého stupňa zamietol návrh navrhovateľa. Zároveň uložil navrhovateľovi povinnosť zaplatiť odporkyni náhradu trov konania pozostávajúcich z trov právneho zastúpenia v sume 391,86 Eur a iných trov konania v sume 22,33 Eur, na účet právnej zástupkyne odporkyne, do troch dní od právoplatnosti rozsudku. Proti rozsudku podal navrhovateľ odvolanie osobne na Okresnom súde Bratislava II dňa 10.05.2012. Krajský súd v Bratislave ako súd odvolací / § 10 ods. 1 O.s.p./ preskúmal odvolanie podľa 214 ods. 2 O.s.p., predovšetkým z hľadiska včasnosti jeho podania a dospel k záveru, že bolo podané oneskorene Podľa § 204 ods. 1 O.s.p. odvolanie sa podáva do 15 dní od doručenia rozhodnutia na súde, proti rozhodnutiu ktorého smeruje. Ak bolo vydané opravné uznesenie, lehota plynie znovu od doručenia opravného uznesenia len v rozsahu vykonanej opravy. Podľa § 158 ods. 2 O.s.p. rovnopis písomného vyhotovenia rozsudku sa doručuje účastníkom, prípadne ich zástupcom do vlastných rúk. Podľa § 167 ods. 2 O.s.p. ak nie je ďalej ustanovené inak, použijú sa na uznesenie primerane ustanovenia o rozsudku. Podľa § 45 ods. 2 O.s.p. údaje uvedené na potvrdení o doručení písomnosti (ďalej len "doručenka") sa považujú za pravdivé, ak nie je dokázaný opak. Napadnutý rozsudok bol doručovaný navrhovateľovi do vlastných rúk podľa súdnej doručenky založenej na č.l. 109. Navrhovateľ si zásielku prevzal dňa 19.4.2012. Lehota na podanie odvolania navrhovateľovi skončila uplynutím 15 dní odo dňa doručenia súdnej zásielky, teda dňa 4.5.2012, ktorý bol posledným dňom, kedy navrhovateľ mohol odvolanie podať (§ 57 ods. 1, 2 O.s.p.). Navrhovateľ podal odvolanie osobne na Okresnom súde Bratislava II dňa 10.5.2012, teda 6 dní po lehote stanovenej zákonom. Odvolací súd z uvedených dôvodov odvolanie navrhovateľa ako oneskorene podané v zmysle ust. § 218 ods. 1 písm. a/ O.s.p. odmietol. O trovách konania rozhodol odvolací súd podľa § 224 a § 142 ods. 1 O.s.p.. Odvolací súd nepriznal odporkyni náhradu trov právneho zastúpenia za jeden úkon právnej pomoci a to vyjadrenie k odvolaniu navrhovateľa s poukazom na skutočnosť, že vyjadrenie k odvolaniu nebolo podané právnou zástupkyňou odporkyne Mgr. Teréziou Sedlákovou, advokátkou, ktorá má v spise založenú plnú moc na zastupovanie v tomto konaní, ale bolo podané prostredníctvom spoločnosti: ADVOKÁTI s.r.o., so sídlom Klariská 7, Bratislava, IČO: 36 715 638 (v mene, ktorej koná konateľ a advokát Mgr. Ján Buocík), ktorá nemá v spise založenú plnú moc na zastupovanie odporkyne v tomto konaní. Vzhľadom na uvedené nebolo možné v odvolacom konaní priznať odporkyni náhradu trov právneho zastúpenia. Preto odvolací súd odporkyni trovy odvolacieho konania nepriznal. Toto rozhodnutie prijal senát Krajského súdu v Bratislave pomerom hlasov 3:0. Poučenie: Proti tomuto uzneseniu odvolanie nie je prípustné.</w:t>
      </w:r>
    </w:p>
    <w:p/>
    <w:p>
      <w:r>
        <w:t>Zdroj: KAUZIS.SK – https://www.kauzis.sk/judikatura/r/ECLI:SK:KSBA:2012:1211200378.1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