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5Co/286/2012 z 30. 8. 2012</w:t>
      </w:r>
    </w:p>
    <w:p>
      <w:r>
        <w:t>Uznesenie Krajského súdu Bratislava z 30. augusta 2012, sp. zn. 5Co/286/2012, ECLI:SK:KSBA:2012:1211201674.1</w:t>
      </w:r>
    </w:p>
    <w:p>
      <w:r>
        <w:t>Súd: Krajský súd Bratislava</w:t>
      </w:r>
    </w:p>
    <w:p>
      <w:r>
        <w:t>Spisová značka: 5Co/286/2012</w:t>
      </w:r>
    </w:p>
    <w:p>
      <w:r>
        <w:t>ECLI: ECLI:SK:KSBA:2012:1211201674.1</w:t>
      </w:r>
    </w:p>
    <w:p>
      <w:r>
        <w:t>Dátum vydania: 30. 8.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5Co/286/2012 Identifikačné číslo súdneho spisu: 1211201674 Dátum vydania rozhodnutia: 31. 08. 2012 Meno a priezvisko sudcu, VSÚ: JUDr. Milan Chalúpka ECLI: ECLI:SK:KSBA:2012:1211201674.1 Uznesenie Krajský súd v Bratislave v právnej veci navrhovateľa: W.. X. W., Š.Á. XX, Y. W., zast. JUDr. Jozefom Malým, advokátom, Cukrová 14, Bratislava proti odporcovi: Slovenský plynárenský priemysel, a.s. , Mlynské Nivy 44/a, Bratislava zast.: MGA IURIS s.r.o., Pri starej prachárni 10, Bratislava o neplatnosť skončenia pracovného pomeru, na odvolanie navrhovateľa proti rozsudku Okresného súdu Bratislava II č.k. 20C 19/2011-283 zo dňa 13.02.2012 a o späťvzatí návrhu na začatie konania navrhovateľom, takto r o z h o d o l : Odvolací súd pripúšťa späťvzatie návrhu na začatie konania. Odvolací súd zrušuje rozsudok Okresného súdu Bratislava II č.k. 20C 19/2011-283 zo dňa 13. 02. 2012 a konanie zastavuje. Žiaden z účastníkov nemá právo na náhradu trov konania. o d ô v o d n e n i e : Návrhom zo dňa 28.01. 2011 sa navrhovateľ domáhal určenia neplatnosti výpovede z pracovného pomeru, ktorú mu dal odporca dňa 12.04.2010. Súd prvého stupňa rozhodol vo veci rozsudkom zo dňa 13.02. 2012 , č. k. 20 C 19/2011 - 283, ktorým návrh zamietol a navrhovateľa zaviazal k úhrade trov konania odporcu v sume 2 264,02 eur. Následne, navrhovateľ dňa 27.08. 2012 doručil späťvzatie návrhu na začatie konania po podanom odvolaní v čase, keď o odvolaní ešte odvolací súd ešte nerozhodol a neuplatnil si náhradu trov konania a súdu navrhol, aby rozhodol, že žiadnemu z účastníkov konania sa nepriznáva náhrada trov konania. Odporca so späťvzatím návrhu na začatie konania súhlasil podaním, ktoré bolo odvolaciemu súdu doručené 27.08.2012 a taktiež navrhol, aby účastníkom nebola priznaná náhrada trov konania. Na základe späťvzatia návrhu na začatie konania odvolací súd v zmysle § 208 O.s.p. späťvzatie pripustil rozhodnutie súdu prvého stupňa zrušil a konanie zastavil. O náhrade trov konania bolo rozhodnuté podľa § 224 ods. 1 a § 146 ods. 1 písm. c) O.s.p., keď konanie bolo zastavené a účastníci konania si ani trovy konania neuplatnili. Poučenie: Proti tomuto uzneseniu nie je prípustné odvolanie.</w:t>
      </w:r>
    </w:p>
    <w:p/>
    <w:p>
      <w:r>
        <w:t>Zdroj: KAUZIS.SK – https://www.kauzis.sk/judikatura/r/ECLI:SK:KSBA:2012:1211201674.1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