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5Co/370/2012 z 9. 9. 2012</w:t>
      </w:r>
    </w:p>
    <w:p>
      <w:r>
        <w:t>Uznesenie Krajského súdu Bratislava z 9. septembra 2012, sp. zn. 5Co/370/2012, ECLI:SK:KSBA:2012:1211204301.1</w:t>
      </w:r>
    </w:p>
    <w:p>
      <w:r>
        <w:t>Súd: Krajský súd Bratislava</w:t>
      </w:r>
    </w:p>
    <w:p>
      <w:r>
        <w:t>Spisová značka: 5Co/370/2012</w:t>
      </w:r>
    </w:p>
    <w:p>
      <w:r>
        <w:t>ECLI: ECLI:SK:KSBA:2012:1211204301.1</w:t>
      </w:r>
    </w:p>
    <w:p>
      <w:r>
        <w:t>Dátum vydania: 9. 9.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5Co/370/2012 Identifikačné číslo súdneho spisu: 1211204301 Dátum vydania rozhodnutia: 10. 09. 2012 Meno a priezvisko sudcu, VSÚ: JUDr. Juraj Považan ECLI: ECLI:SK:KSBA:2012:1211204301.1 Uznesenie Krajský súd v Bratislave v právnej veci navrhovateľa: Slovak Telekom, a.s. so sídlom v Bratislave, Karadžičova č. 10, zast. Ružička Csekes, s.r.o. so sídlom v Bratislave, Vysoká č. 2/B, proti odporcovi: Slovenská republika, v mene ktorej koná Protimonopolný úrad Slovenskej republiky, so sídlom v Bratislave, Drieňová č. 24, o náhradu škody spôsobenej nesprávnym úradným postupom, o späťvzatí návrhu na začatie konania navrhovateľom po rozhodnutí Okresného súdu Bratislava II v Bratislave rozsudkom zo dňa 26. marca 2012 č.k. 18 C 35/2011-337 takto r o z h o d o l : Odvolací súd p r i p ú š ť a späťvzatie návrhu na začatie konania, napadnutý rozsudok súdu prvého stupňa z r u š u j e a konanie z a s t a v u j e . Odporcovi nepriznáva náhradu trov prvostupňového a odvolacieho konania. o d ô v o d n e n i e : Napadnutým rozsudkom súd prvého stupňa zamietol návrh navrhovateľa, ktorým sa tento domáhal zaplatenia náhrady škody vo výške 75.518,42 euro, povinnosti odporcu uverejniť ospravedlnenie a zaplatenia náhrady nemajetkovej ujmy vo výške 1 euro, súčasne úspešnému odporcovi náhradu trov konania nepriznal pre neuplatnenie náhrady. Proti tomuto rozsudku podal v zákonnej lehote odvolanie navrhovateľ, ktorý podaním z 12. júla 2012, doručeným súdu prvého stupňa rovnakého dňa, vzal návrh na začatie konania späť z dôvodu nezáujmu navrhovateľa na pokračovaní v spore. Odporca podaním z 5. septembra 2012 so späťvzatím návrhu súhlasil. Podľa § 208 O.s.p. ak je návrh na začatie konania vzatý späť, keď už rozhodol súd prvého stupňa, ale jeho rozhodnutie nie je dosiaľ právoplatné, odvolací súd rozhodne o pripustení späťvzatia. Súd späťvzatie nepripustí, ak druhý účastník - 2 - s tým nesúhlasí. Ak späťvzatie pripustí, odvolací súd zruší rozhodnutie súdu prvého stupňa a konanie zastaví. Vzhľadom na vyššie uvedené postupoval odvolací súd podľa citovaného ust. § 208 O.s.p. a napadnutý rozsudok súdu prvého stupňa po predchádzajúcom pripustení späťvzatia návrhu navrhovateľa zrušil a konanie zastavil (§ 208 veta tretia O.s.p.). O náhrade trov celého konania rozhodol odvolací súd podľa § 146 ods. 2 vety prvej O.s.p. s použitím § 224 ods. 1 O.s.p., povinnosť náhrady trov konania v danom prípade by zaťažila navrhovateľa, ktorý späťvzatím návrhu zavinil zastavenie konania na súde, avšak vzhľadom na skutočnosť, že odporca priznanie náhrady trov konania neuplatnil (§ 151 ods. 1 O.s.p), nebolo možné náhradu trov konania odporcovi priznať. Poučenie: Toto uznesenie nemožno napadnúť odvolaním.</w:t>
      </w:r>
    </w:p>
    <w:p/>
    <w:p>
      <w:r>
        <w:t>Zdroj: KAUZIS.SK – https://www.kauzis.sk/judikatura/r/ECLI:SK:KSBA:2012:1211204301.1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