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1Cob/110/2012 z 29. 3. 2012</w:t>
      </w:r>
    </w:p>
    <w:p>
      <w:r>
        <w:t>Uznesenie Krajského súdu Bratislava z 29. marca 2012, sp. zn. 1Cob/110/2012, ECLI:SK:KSBA:2012:1211206644.1</w:t>
      </w:r>
    </w:p>
    <w:p>
      <w:r>
        <w:t>Súd: Krajský súd Bratislava</w:t>
      </w:r>
    </w:p>
    <w:p>
      <w:r>
        <w:t>Spisová značka: 1Cob/110/2012</w:t>
      </w:r>
    </w:p>
    <w:p>
      <w:r>
        <w:t>ECLI: ECLI:SK:KSBA:2012:1211206644.1</w:t>
      </w:r>
    </w:p>
    <w:p>
      <w:r>
        <w:t>Dátum vydania: 29. 3.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1Cob/110/2012 Identifikačné číslo súdneho spisu: 1211206644 Dátum vydania rozhodnutia: 30. 03. 2012 Meno a priezvisko sudcu, VSÚ: JUDr. Danica Michalková ECLI: ECLI:SK:KSBA:2012:1211206644.1 Uznesenie Krajský súd v Bratislave v právnej veci navrhovateľa: Delifrost Slovakia, s. r. o., Beňadická č. 8, Bratislava, IČO: 35931159, zast. Advokátska kancelária Majeríková, Koštial, Turčan &amp; Partners, s. r. o., Beňadická č. 8, Bratislava, IČO: 35917440, proti odporcovi: MELUX, s. r. o., Krajná č. 56, Bratislava, IČO: 44067771, o zaplatenie 837,10 Eur ist. a prísl., o späťvzatí návrhu vo veci vedenej na Okresnom súde Bratislava II pod sp. zn. 22Cb/160/2011 takto r o z h o d o l : Krajský súd späťvzatie návrhu p r i p ú š ť a, rozsudok Okresného súdu Bratislava II zo dňa 09. 09. 2011 č. k. 22Cb/160/2011-40 z r u š u j e a konanie z a s t a v u j e . Žiaden z účastníkov nemá právo na náhradu trov konania. o d ô v o d n e n i e : Súd prvého stupňa rozsudkom zo dňa 09. 09. 2011 návrh navrhovateľa zamietol s odôvodnením, že navrhovateľ k návrhu priložil len faktúry, ktorými vyúčtoval kúpnu cenu za dodaný potravinársky tovar, ktoré však nepreukazujú vznik kúpnej zmluvy medzi účastníkmi a rovnako nepreukázal, že uvedený tovar skutočne odporcovi dodal. O trovách konania rozhodol tak, že ich náhradu odporcovi, ktorý mal v konaní úspech, nepriznal, pretože mu žiadne nevznikli. Rozsudok bol navrhovateľovi doručený dňa 11. 10. 2011. Späťvzatie návrhu súd prvého stupňa doručoval odporcovi spolu s výzvou, aby sa vyjadril v lehote 10 dní, či so späťvzatím návrhu súhlasí. Na uvedenú výzvu odporca nereagoval. Podľa ust. § 208 O.s.p. ak je návrh na začatie konania vzatý späť, keď už rozhodol súd prvého stupňa, ale jeho rozhodnutie nie je dosiaľ právoplatné, odvolací súd rozhodne o pripustení späťvzatia. Súd späťvzatie nepripustí, ak druhý účastník z vážnych dôvodov s tým nesúhlasí. Ak späťvzatie pripustí, odvolací súd zruší rozhodnutie súdu prvého stupňa a konanie zastaví. S poukazom na uvedené odvolací súd v dôsledku späťvzatia návrhu navrhovateľom späťvzatie pripustil, rozsudok súdu prvého stupňa zrušil a konanie zastavil. O trovách konania súd rozhodol podľa ust. § 224 ods. 1 O.s.p. v spojení s ust. § 146 ods. 1 písm. c) O.s.p. a ich náhradu žiadnemu z účastníkov nepriznal.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https://www.kauzis.sk/judikatura/r/ECLI:SK:KSBA:2012:1211206644.1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