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5Co/81/2012 z 29. 4. 2012</w:t>
      </w:r>
    </w:p>
    <w:p>
      <w:r>
        <w:t>Uznesenie Krajského súdu Bratislava z 29. apríla 2012, sp. zn. 5Co/81/2012, ECLI:SK:KSBA:2012:1211206969.1</w:t>
      </w:r>
    </w:p>
    <w:p>
      <w:r>
        <w:t>Súd: Krajský súd Bratislava</w:t>
      </w:r>
    </w:p>
    <w:p>
      <w:r>
        <w:t>Spisová značka: 5Co/81/2012</w:t>
      </w:r>
    </w:p>
    <w:p>
      <w:r>
        <w:t>ECLI: ECLI:SK:KSBA:2012:1211206969.1</w:t>
      </w:r>
    </w:p>
    <w:p>
      <w:r>
        <w:t>Dátum vydania: 29. 4. 2012</w:t>
      </w:r>
    </w:p>
    <w:p>
      <w:r>
        <w:t>Forma: Uznesenie</w:t>
      </w:r>
    </w:p>
    <w:p>
      <w:r>
        <w:t>Oblasť práva: Občianske právo</w:t>
      </w:r>
    </w:p>
    <w:p>
      <w:pPr>
        <w:pStyle w:val="Heading2"/>
      </w:pPr>
      <w:r>
        <w:t>Text rozhodnutia</w:t>
      </w:r>
    </w:p>
    <w:p>
      <w:r>
        <w:t>Súd: Krajský súd Bratislava Spisová značka: 5Co/81/2012 Identifikačné číslo súdneho spisu: 1211206969 Dátum vydania rozhodnutia: 30. 04. 2012 Meno a priezvisko sudcu, VSÚ: JUDr. Juraj Považan ECLI: ECLI:SK:KSBA:2012:1211206969.1 Uznesenie Krajský súd v Bratislave v právnej veci navrhovateľa: M.. T. O., X. M. Č.. X O., proti odporcovi: P. O., O. X, K. o vrátenie vecí, finančné odškodnenie, zabezpečenie náhradného ubytovania, ochranu osobnosti, na odvolanie navrhovateľa voči uzneseniu Okresného súdu Bratislava II č.k. 50C 63/2011 - 47 zo dňa 25.01.2012 takto r o z h o d o l : Odvolací súd napadnuté uznesenie súdu prvého stupňa p o t v r d z u j e . o d ô v o d n e n i e : Súd prvého stupňa napadnutým uznesením odmietol podanie navrhovateľa zo dňa 16.03. 2011, doplnené podaním zo dňa 04.08. 2011, ktoré by mohlo byť podľa svojho obsahu návrhom na začatie konania. Vzhľadom ku skutočnosti, že uvedené podanie nebolo úplné a zrozumiteľné , súd prvého stupňa navrhovateľa uznesením zo dňa 26.07. 2001 vyzval navrhovateľa , aby v lehote 15 dní doplnil a opravil nesprávne, neúplné a nezrozumiteľné podanie označené ako žaloba, tak aby bolo zrejmé, čoho sa domáha, ak sa domáha zaplatenia sumy v akej výške, ak sa domáha vydania veci nech ich špecifikuje. Navrhovateľ bol poučený, že v prípade ak svoje podanie v lehote neopraví a nedoplní, súd jeho podanie odmietne. Na základe uvedeného uznesenia navrhovateľ doručil súdu podanie zo dňa 04.08.2011, ktorým doplnil návrh na začatie konania tak , že sa domáha proti odporcovi vrátenia vecí, resp. zaplatenia sumy 2 200 035 Sk, zabezpečenie náhradného 2 - izbového bytu za 3 - izbový byt a verejného ospravedlnenia pred súdom ako aj cestou verejných médií. Súd prvého stupňa doplnenie podania zo dňa 04.08.2011 vyhodnotil tak, že toto neodstránilo vady podania zo dňa 16.03. 2011 tak, že by petit návrhu bol presný, určitý, zrozumiteľný a vykonateľný, pretože v ňom nie sú presne špecifikované veci , ktorých vydania sa domáhal, suma ktorú žiada zaplatiť v prípade nemožnosti vrátenia vecí je neprsná a neurčitá a bytová náhrada nebola bližšie špecifikovaná a v časti verejného ospravedlnenia nie je uvedený obsah ospravedlnenia, forma a rozsah ospravedlnenia. Voči uzneseniu Okresného súdu Bratislava II č.k. 50 C 63/2011 - 47 zo dňa 25.01.2012 podal navrhovateľ v zákonom stanovenej lehote odvolanie, v ktorom však len opäť zopakoval skutočnosti, ktoré už uviedol v predchádzajúcich podaniach a ktoré nespĺňajú náležitosti § 42 ods. 3 O.s.p. Odvolací súd preskúmal napadnuté rozhodnutie podľa § 212 ods. 1 O.s.p. bez nariadenia odvolacieho pojednávania (§ 214 ods. 2 O.s.p.) a dospel k záveru, že odvolanie navrhovateľa nie je dôvodné. Odvolací súd sa stotožňuje s postupom súdu prvého stupňa pri rozhodovaní o odmietnutí podania, ktoré by mohlo byť podľa svojho obsahu návrhom na začatie konania, nakoľko z návrhu na začatie konania zo dňa 16.03. 2011, doplnené podaním zo dňa 04.08. 2011, ani z podaného odvolania nie zjavné presne čoho sa navrhovateľ domáhal v akom rozsahu , na základe akých skutočností a dôkazov. Vzhľadom na skutočnosť, že odvolací súd sa v celom rozsahu stotožňuje i s odôvodnením napadnutého rozhodnutia súdu prvého stupňa, obmedzil odvolací súd odôvodnenie potvrdzujúceho rozhodnutia na konštatovanie správnosti dôvodov uvedených súdom prvého stupňa v zmysle ust. § 219 ods. 2 O.s.p. v znení účinnom od 15.októbra 2008 (§ 372 p ods.1 O.s.p. zavedeného zákonom č.384/2008 Z. z.). Poučenie: Proti tomuto uzneseniu nie je prípustné odvolanie.</w:t>
      </w:r>
    </w:p>
    <w:p/>
    <w:p>
      <w:r>
        <w:t>Zdroj: KAUZIS.SK – https://www.kauzis.sk/judikatura/r/ECLI:SK:KSBA:2012:1211206969.1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