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3Cob/210/2012 z 30. 10. 2012</w:t>
      </w:r>
    </w:p>
    <w:p>
      <w:r>
        <w:t>Uznesenie Krajského súdu Bratislava z 30. októbra 2012, sp. zn. 3Cob/210/2012, ECLI:SK:KSBA:2012:1211207849.1</w:t>
      </w:r>
    </w:p>
    <w:p>
      <w:r>
        <w:t>Súd: Krajský súd Bratislava</w:t>
      </w:r>
    </w:p>
    <w:p>
      <w:r>
        <w:t>Spisová značka: 3Cob/210/2012</w:t>
      </w:r>
    </w:p>
    <w:p>
      <w:r>
        <w:t>ECLI: ECLI:SK:KSBA:2012:1211207849.1</w:t>
      </w:r>
    </w:p>
    <w:p>
      <w:r>
        <w:t>Dátum vydania: 30.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3Cob/210/2012 Identifikačné číslo súdneho spisu: 1211207849 Dátum vydania rozhodnutia: 31. 10. 2012 Meno a priezvisko sudcu, VSÚ: JUDr. Helena Škrinárová ECLI: ECLI:SK:KSBA:2012:1211207849.1 Uznesenie Krajský súd v Bratislave v právnej veci žalobcu Konntrakting stavebné montáže, spol. s.r.o., so sídlom Dolné Rudiny 1, Žilina, IČO: 31 635 237, práv. zast. Mgr. Richard Karkó, advokát, so sídlom D. Dlabača č. 35, Žilina proti žalovanému PSJ Hydrotranzit, a.s., so sídlom Vlčie hrdlo 90, Bratislava IČO: 35 833 106,o zaplatenie 6.721,77 eur s príslušenstvom a o odvolaní žalobcu proti rozsudku Okresného súdu Bratislava II v Bratislave č.k. 26Cb/55/2011 - 204 zo dňa 31.01.2012 takto r o z h o d o l : Krajský súd v Bratislave odvolacie konanie z a s t a v u j e. Žiaden účastník nemá právo na náhradu trov odvolacieho konania. o d ô v o d n e n i e : Napadnutým rozsudkom súd prvého stupňa zamietol žalobu a žalobcovi uložil povinnosť zaplatiť žalovanému na náhradu trov konania sumu 403 eur. S týmto rozhodnutím sa neuspokojil žalobca a v zákonnej lehote podal proti nemu odvolanie, ktoré podaním zo dňa 10.10.2012 zobral späť. Podľa § 207 ods. 2 Občianskeho súdneho poriadku (O.s.p.) dokiaľ o odvolaní nebolo rozhodnuté, možno ho vziať späť a v takom prípade odvolací súd v súlade s odsekom 3 citovaného ustanovenia odvolacie konanie zastaví. S prihliadnutím na procesný úkon žalobcu odvolací súd, odvolacie konanie zastavil. O trovách konania rozhodol podľa § 146 ods. 1 písm. c./ O.s.p. tak, že ich náhradu nepriznal žiadnemu z účastníkov. Toto rozhodnutie prijal Krajský súd v Bratislave v senáte pomerom hlasov 3:0 ( § 3 ods. 9 zák. č. 757/2004 Z. z. o súdoch a o zmene a doplnení niektorých zákonov v znení účinnom od 1. mája 2011 ). Poučenie: Proti tomuto uzneseniu odvolanie nie je prípustné.</w:t>
      </w:r>
    </w:p>
    <w:p/>
    <w:p>
      <w:r>
        <w:t>Zdroj: KAUZIS.SK – https://www.kauzis.sk/judikatura/r/ECLI:SK:KSBA:2012:1211207849.1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