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3Cob/196/2012 z 29. 8. 2012</w:t>
      </w:r>
    </w:p>
    <w:p>
      <w:r>
        <w:t>Uznesenie Krajského súdu Bratislava z 29. augusta 2012, sp. zn. 3Cob/196/2012, ECLI:SK:KSBA:2012:1211218765.1</w:t>
      </w:r>
    </w:p>
    <w:p>
      <w:r>
        <w:t>Súd: Krajský súd Bratislava</w:t>
      </w:r>
    </w:p>
    <w:p>
      <w:r>
        <w:t>Spisová značka: 3Cob/196/2012</w:t>
      </w:r>
    </w:p>
    <w:p>
      <w:r>
        <w:t>ECLI: ECLI:SK:KSBA:2012:1211218765.1</w:t>
      </w:r>
    </w:p>
    <w:p>
      <w:r>
        <w:t>Dátum vydania: 29. 8.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3Cob/196/2012 Identifikačné číslo súdneho spisu: 1211218765 Dátum vydania rozhodnutia: 30. 08. 2012 Meno a priezvisko sudcu, VSÚ: JUDr. Elena Ondrišová ECLI: ECLI:SK:KSBA:2012:1211218765.1 Uznesenie Krajský súd v Bratislave v právnej veci žalobcu Tibor Vankó - VAMAL, Dolné Saliby 77, IČO: 17 551 927, práv. zast. LEGAL ADVISORY GROUP, s.r.o., Stavbárska 7, Bratislava, proti žalovanému FINAL BA s.r.o., Estónska 3/A, Bratislava, IČO: 31 414 605, práv. zast. Advokátska kancelária JUDr. Andrej Jaroš, spol. s r.o., Námestie sv. Anny 361/20, Trenčín, o zaplatenie 12.194,10 EUR s príslušenstvom a o odvolaní žalobcu proti uzneseniu Okresného súdu Bratislava II v Bratislave č.k. 54Cb/244/2011-76 zo dňa 29.2.2012, jednohlasne takto r o z h o d o l : Krajský súd v Bratislave uznesenie Okresného súdu Bratislava II v Bratislave č.k. 54Cb/244/2011-76 zo dňa 29.2.2012 v časti, v ktorej sa konanie zastavilo a rozhodlo o trovách konania zrušuje. o d ô v o d n e n i e : Napadnutým uznesením súd prvého stupňa konanie zastavil, žiadnemu z účastníkov nepriznal právo na náhradu trov konania a zároveň rozhodol o vrátení súdneho poplatku žalobcovi i žalovanému, každému v sume 926,15 EUR po právoplatnosti uznesenia prostredníctvom príslušného daňového úradu. V odôvodnení uviedol, že tak rozhodol podľa § 96 ods. 1 O.s.p., nakoľko žalobca podaním zo dňa 16.2.2012 vzal svoj žalobný návrh v celom rozsahu späť. O trovách konania rozhodol podľa § 146 ods. 1 písm. c/ O.s.p. a o vrátení súdnych poplatkov podľa § 11 ods. 3, 4, 6, 9 a 11 zák. č. 71/1992 Zb. o súdnych poplatkoch. Proti uzneseniu podal v zákonom stanovenej lehote odvolanie žalobca, a to v časti výroku o trovách konania a navrhol ho zmeniť tak, že súd mu prizná náhradu trov konania podľa § 146 ods. 2 O.s.p.. Krajský súd v Bratislave prejednal odvolanie žalobcu podľa § 212 ods. 1 O.s.p. bez nariadenia pojednávania podľa § 214 ods. 2 O.s.p. a z predloženého obsahu spisu, ako i z priebehu konania pred súdom prvého stupňa dospel k záveru, že napadnuté uznesenie v časti zastavenia konania a výroku o náhrade trov konania je potrebné zrušiť. Odvolací súd pri prejednaní veci zistil, že uznesením Okresného súdu Bratislava I zo dňa 6.2.2012 sp. zn. 2R 9/2011, ktoré nadobudlo právoplatnosť a vykonateľnosť dňa 11.2.2012 súd povolil reštrukturalizáciu dlžníka FINAL BA s.r.o. a dňa 6.8.2012, ako to vyplýva z Obchodného vestníka 029/2012, skončil jeho reštrukturalizáciu. Podľa § 118 ods. 4 zák. č. 7/2005 Z.z. o konkurze a reštrukturalizácii sa súdne a rozhodcovské konania o pohľadávkach, ktoré sa v reštrukturalizácii uplatňujú prihláškou, povolením reštrukturalizácie prerušujú. Podľa § 156 cit. zák. zverejnením uznesenia súdu o skončení reštrukturalizácie v obchodnom vestníku zanikajú účinky začatia reštrukturalizačného konania a zastavujú sa konania prerušené podľa § 118 ods. 4. Z uvedeného vyplýva, že súd rozhodol o zastavení konania na základe späťvzatia žalobcu v čase, keď bolo konanie zo zákona prerušené, čím pochybil, a preto Krajský súd v Bratislave v tejto časti napadnuté uznesenie súdu prvého stupňa podľa § 221 ods. 1 písm. i/ O.s.p. zrušil, pretože dôvody na jeho vydanie neexistovali. Keďže v čase odvolacieho konania už bolo predmetné konanie zo zákona zastavené, odvolací súd už o odvolaní žalobcu rozhodovať nemohol. Poučenie: Proti tomuto uzneseniu odvolanie nie je prípustné.</w:t>
      </w:r>
    </w:p>
    <w:p/>
    <w:p>
      <w:r>
        <w:t>Zdroj: KAUZIS.SK – https://www.kauzis.sk/judikatura/r/ECLI:SK:KSBA:2012:1211218765.1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