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3S/244/2011 z 18. 3. 2012</w:t>
      </w:r>
    </w:p>
    <w:p>
      <w:r>
        <w:t>Uznesenie Krajského súdu Bratislava z 18. marca 2012, sp. zn. 3S/244/2011, ECLI:SK:KSBA:2012:1211218769.1</w:t>
      </w:r>
    </w:p>
    <w:p>
      <w:r>
        <w:t>Súd: Krajský súd Bratislava</w:t>
      </w:r>
    </w:p>
    <w:p>
      <w:r>
        <w:t>Spisová značka: 3S/244/2011</w:t>
      </w:r>
    </w:p>
    <w:p>
      <w:r>
        <w:t>ECLI: ECLI:SK:KSBA:2012:1211218769.1</w:t>
      </w:r>
    </w:p>
    <w:p>
      <w:r>
        <w:t>Dátum vydania: 18.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3S/244/2011 Identifikačné číslo súdneho spisu: 1211218769 Dátum vydania rozhodnutia: 19. 03. 2012 Meno a priezvisko sudcu, VSÚ: Mgr. Helena Marcinkechová ECLI: ECLI:SK:KSBA:2012:1211218769.1 Uznesenie Krajský súd v Bratislave v právnej veci žalobcu: E. T., nar. XX.X.XXXX, Q. X, XXX XX W., zastúpená advokátom: JUDr. Štefan Schnelly, Veľká okružná 2134/76, 010 01 Žilina, proti žalovanému: Ministerstvo vnútra Slovenskej republiky - sekcia verejnej správy, odbor priestupkov, Drieňová 22, 826 86 Bratislava 29, o preskúmanie zákonnosti rozhodnutia žalovaného č. SVS-OP-2011/017422/TMB zo dňa 15.7.2011 a o žiadosti o oslobodenie od súdnych poplatkov takto r o z h o d o l : Súd priznáva žalobcovi oslobodenie od súdnych poplatkov. o d ô v o d n e n i e : Podľa § 169 ods. 2 O.s.p. sa toto uznesenie neodôvodňuje. Poučenie: Proti tomuto uzneseniu možno podať odvolanie do 15 dní odo dňa jeho doručenia na Krajský súd v Bratislave dvojmo. Ak bude proti tomuto rozhodnutiu v odvolacej lehote podané odvolanie, uznesenie sa podaním odvolania zrušuje a opätovne rozhodne sudca (§202 ods. 3 písm. d) O.s.p. v spojení s § 374 ods. 4).</w:t>
      </w:r>
    </w:p>
    <w:p/>
    <w:p>
      <w:r>
        <w:t>Zdroj: KAUZIS.SK – https://www.kauzis.sk/judikatura/r/ECLI:SK:KSBA:2012:1211218769.1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