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2Cob/515/2011 z 9. 2. 2012</w:t>
      </w:r>
    </w:p>
    <w:p>
      <w:r>
        <w:t>Uznesenie Krajského súdu Bratislava z 9. februára 2012, sp. zn. 2Cob/515/2011, ECLI:SK:KSBA:2012:1211222399.2</w:t>
      </w:r>
    </w:p>
    <w:p>
      <w:r>
        <w:t>Súd: Krajský súd Bratislava</w:t>
      </w:r>
    </w:p>
    <w:p>
      <w:r>
        <w:t>Spisová značka: 2Cob/515/2011</w:t>
      </w:r>
    </w:p>
    <w:p>
      <w:r>
        <w:t>ECLI: ECLI:SK:KSBA:2012:1211222399.2</w:t>
      </w:r>
    </w:p>
    <w:p>
      <w:r>
        <w:t>Dátum vydania: 9. 2. 2012</w:t>
      </w:r>
    </w:p>
    <w:p>
      <w:r>
        <w:t>Forma: Uznesenie</w:t>
      </w:r>
    </w:p>
    <w:p>
      <w:r>
        <w:t>Oblasť práva: Obchodné právo</w:t>
      </w:r>
    </w:p>
    <w:p>
      <w:pPr>
        <w:pStyle w:val="Heading2"/>
      </w:pPr>
      <w:r>
        <w:t>Text rozhodnutia</w:t>
      </w:r>
    </w:p>
    <w:p>
      <w:r>
        <w:t>Súd: Krajský súd Bratislava Spisová značka: 2Cob/515/2011 Identifikačné číslo súdneho spisu: 1211222399 Dátum vydania rozhodnutia: 10. 02. 2012 Meno a priezvisko sudcu, VSÚ: JUDr. Lenka Praženková ECLI: ECLI:SK:KSBA:2012:1211222399.2 Uznesenie Krajský súd v Bratislave v právnej veci žalobcu: AGROTRADE GROUP spol. s r.o., IČO: 31 668 861, Šafárikova 124, 048 01 Rožňava 1, zast.: JUDr. Jitkou Tutkovou, advokátkou, Mierová 94, 066 01 Humenné 1, proti žalovanému: FERTILAGRI TRADING SK s.r.o., IČO: 35 869 704, Krajná 86, 821 04 Bratislava 2 o zaplatenie 8.782,99 eura s prísl., na odvolanie žalobcu zo dňa 09.12.2011 proti uzneseniu Okresného súdu Bratislava II č.k. 33Rob/1989/2011-19 zo dňa 15.11.2011 takto r o z h o d o l : Krajský súd v Bratislave odvolanie žalobcu podpísané právnou zástupkyňou žalobcu dňa 09.12.2011 voči uzneseniu Okresného súdu Bratislava II č.k. 33Rob/1989/2011-19 zo dňa 15.11.2011 o d m i e t a . o d ô v o d n e n i e : Uznesením Okresného súdu Bratislava II zo dňa 15.11.2011 č.k. 33Rob/1989/2011-19, súd prvého stupňa zastavil súdne konanie na vydanie platobného rozkazu - o zaplatenie 8.782,99 eura s prísl., a to podľa § 104 ods. 2 O.s.p., pretože žalobca ani po výzve súdu zo dňa 26.09.2011, ktorú doručoval označenej advokátke JUDr. Jitke Tutkovej, nepredložil jej splnomocnenie na zastupovanie v tomto konaní. Preto súd prvého stupňa nemohol pokračovať v súdnom konaní a konanie zastavil. Proti tomuto uzneseniu podal odvolanie prostredníctvom označenej právnej zástupkyne žalobca, pričom namietol, že výzva súdu prvého stupňa mala byť doručovaná priamo žalobcovi, a že právna zástupkyňa žalobcu v prílohe návrhu na vydanie platobného rozkazu plnú moc predložila, preto považovala výzvu za bezpredmetnú. V dovolaní bolo namietnuté, že zastavením konania mu bolo odňaté právo konať pred súdom. Navrhol napadnuté uznesenie zrušiť. Odvolací súd prejednal odvolanie bez nariadenia pojednávania podľa § 214 ods. 2 O.s.p. a dospel k záveru, že odvolanie treba odmietnuť. Vzhľadom k tomu, že v predmetnom spise sa splnomocnenie udelené JUDr. Jitke Tutkovej nenachádzalo a splnomocnenie nepripojila ani k podanému odvolaniu, odvolací súd žalobcu vyzval, aby splnomocnenie udelené JUDr. Tutkovej predložil. Na túto výzvu žalobca reagoval podaním doručeným súdu dňa 03.02.2012, ku ktorému pripojil splnomocnenie udelené dňa 30.01.2012 JUDr. Tutkovej Jitke na vymáhanie pohľadávky od dlžníka FERTILAGRI TRADING SK s.r.o. vo výške 8.782,89 eura s príslušenstvom. Oprávneným na podanie opravného prostriedku proti rozhodnutiu súdu prvého stupňa je účastník konania, pokiaľ to zákon nevylučuje (§ 201). Odvolací súd odmietne odvolanie podané neoprávnenou osobou [§ 218 ods. 1 písm. b)]. Odvolanie podané právnou zástupkyňou žalobcu bolo podané poštou dňa 14.12.2011. Ako už bolo uvedené, k odvolaniu plná moc právnej zástupkyne nebola pripojená. Splnomocnenie, ktoré predložil žalobca na základe výzvy odvolacieho súdu, bolo udelené právnej zástupkyni žalobcu až dňa 30.01.2012, teda až v čase po podaní predmetného odvolania. Odvolanie preto nebolo podané oprávnenou osobou, nakoľko ho nepodal účastník konania a ani v jeho mene jeho právna zástupkyňa, pretože v čase podania odvolania nedisponovala plnomocenstvom od žalobcu. Na podanie odvolania preto nebola oprávnená. Podľa § 218 ods. 1 písm. b) O.s.p. bolo podané niekým, kto na odvolanie nie je oprávnený. Odvolací súd preto § 218 ods. 1 písm. b) O.s.p. podané odvolanie zo dňa 09.12.2011 odmietol. Toto rozhodnutie je výsledkom hlasovania odvolacieho senátu v pomere hlasov: za 3:0 proti. Poučenie: Proti tomuto uzneseniu odvolanie nie je prípustné.</w:t>
      </w:r>
    </w:p>
    <w:p/>
    <w:p>
      <w:r>
        <w:t>Zdroj: KAUZIS.SK – https://www.kauzis.sk/judikatura/r/ECLI:SK:KSBA:2012:1211222399.2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