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3Cob/448/2011 z 29. 4. 2012</w:t>
      </w:r>
    </w:p>
    <w:p>
      <w:r>
        <w:t>Uznesenie Krajského súdu Bratislava z 29. apríla 2012, sp. zn. 3Cob/448/2011, ECLI:SK:KSBA:2012:1211224224.1</w:t>
      </w:r>
    </w:p>
    <w:p>
      <w:r>
        <w:t>Súd: Krajský súd Bratislava</w:t>
      </w:r>
    </w:p>
    <w:p>
      <w:r>
        <w:t>Spisová značka: 3Cob/448/2011</w:t>
      </w:r>
    </w:p>
    <w:p>
      <w:r>
        <w:t>ECLI: ECLI:SK:KSBA:2012:1211224224.1</w:t>
      </w:r>
    </w:p>
    <w:p>
      <w:r>
        <w:t>Dátum vydania: 29. 4.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3Cob/448/2011 Identifikačné číslo súdneho spisu: 1211224224 Dátum vydania rozhodnutia: 30. 04. 2012 Meno a priezvisko sudcu, VSÚ: JUDr. Helena Škrinárová ECLI: ECLI:SK:KSBA:2012:1211224224.1 Uznesenie Krajský súd v Bratislave v právnej veci žalobcu GTS Slovakia, a.s., Einsteinova 24, 851 01 Bratislava, IČO: 35 795 662, práv. zást. JUDr. Andrej Gara, advokát, Šancová ul. č. 108, 831 04 Bratislava, proti žalovanému Optimum Energy Slovakia Limited, organizačná zložka, Prievozská ul. č. 4/B, 821 09 Batislava, IČO: 44 334 141, o zaplatenie 3.017,97 eur s príslušenstvom a o odvolaní žalobcu proti uzneseniu Okresného súdu Bratislava II v Bratislave č.k. 33Rob/2149/2011-38 zo dňa 11.10.2011, takto r o z h o d o l : Krajský súd v Bratislave uznesenie Okresného súdu Bratislava II v Bratislave č.k. 33Rob/2149/2011-38 zo dňa 11.10.2011 potvrdzuje. Žiadnemu z účastníkov nepriznáva právo na náhradu trov odvolacieho konania. o d ô v o d n e n i e : Napadnutým uznesením súd prvého stupňa zastavil konanie a žiadnemu z účastníkov nepriznal právo na náhradu trov konania. Na odôvodnenie rozhodnutia uviedol, že v súlade s § 103 O.s.p. skúmal, či sú splnené podmienky konania a zistil, že žalobca označil za účastníka konania na strane žalovaného organizačnú zložku zriaďovateľa, ktorá nemá právnu subjektivitu a nie je preto spôsobilá byť účastníkom konania. Ide o taký nedostatok podmienky konania, ktorý nemožno odstrániť, a preto v zmysle § 104 ods. 1 veta prvá O.s.p. konanie zastavil. O trovách konania rozhodol podľa § 146 ods. 1 písm. c/ O.s.p.. S týmto rozhodnutím sa neuspokojil žalobca a v odvolaní, ktoré podal v zákonnej lehote navrhol, aby súd pripustil do konania na strane žalovaného nového účastníka, a to zriaďovateľa organizačnej zložky ako žalovaného v 2. rade. Uviedol, že zápisom organizačnej zložky do obchodného registra tejto vzniká oprávnenie konať v mene podnikateľa (zriaďovateľa) voči tretím osobám a podnikateľská činnosť, ktorú realizuje v organizačnej zložke, sa vykonáva na základe podnikateľského oprávnenia, ktoré je vydané zriaďovateľovi. V ďalšom sa zaoberal § 87 O.s.p. a meritom veci. Navrhol napadnuté uznesenie zrušiť. Krajský súd v Bratislave prejednal odvolanie žalobcu podľa § 212 ods. 1 a 214 ods. 2 O.s.p. bez nariadenia pojednávania a dospel k záveru, že odvolanie nie je dôvodné. Odvolací súd sa v celom rozsahu stotožnil s odôvodnením napadnutého uznesenia, a preto sa v odôvodnení obmedzil len na skonštatovanie správnosti dôvodov napadnutého rozhodnutia (§ 219 od. 2 O.s.p.). Na zdôraznenie správnosti napadnutého uznesenia, i s poukazom na tvrdenia žalobcu v odvolaní, odvolací súd uvádza, že žaloba smerovala voči organizačnej zložke, ktorá nemá právnu subjektivitu, t.j. nemá spôsobilosť byť účastníkom konania v zmysle § 19 O.s.p.. Z práv a povinností týkajúcich sa tejto organizačnej zložky je oprávnený alebo zaviazaný len jej zriaďovateľ, a to i vo veciach týkajúcich sa organizačnej zložky. Z toho dôvodu nie je možný ani postup navrhovaný v odvolaní, aby súd pripustil do konania ako žalovaného v 2. rade zriaďovateľa organizačnej zložky označenej na strane žalovaného. V danej veci žalobca nepochybne označil ako účastníka konania len organizačnú zložku, a preto v prípade, ak by súd konanie pre neodstrániteľný nedostatok podmienky konania nezastavil a vo veci rozhodol, bolo by možné dospieť len k záveru o existencii inej vady konania, ktorá mohla mať za následok nesprávne rozhodnutie. Z uvedených dôvodov odvolací súd napadnuté uznesenie súdu prvého stupňa potvrdil podľa § 219 ods. 1 O.s.p. ako vecne správne. O trovách konania krajský súd rozhodol podľa § 224 ods. 1 a 146 ods. 1 písm. c/ O.s.p. tak, že ich nepriznal žiadnemu z účastníkov. Toto rozhodnutie prijal Krajský súd v Bratislave v senáte pomerom hlasov 3 : 0 (§ 3 ods. 9 zákona č. 757/2004 Z.z. o súdoch a o zmene a doplnení niektorých zákonov v znení účinnom od 1. mája 2011). Poučenie: Proti tomuto uzneseniu odvolanie nie je prípustné.</w:t>
      </w:r>
    </w:p>
    <w:p/>
    <w:p>
      <w:r>
        <w:t>Zdroj: KAUZIS.SK – https://www.kauzis.sk/judikatura/r/ECLI:SK:KSBA:2012:1211224224.1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