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3Co/462/2012 z 29. 11. 2012</w:t>
      </w:r>
    </w:p>
    <w:p>
      <w:r>
        <w:t>Uznesenie Krajského súdu Bratislava z 29. novembra 2012, sp. zn. 3Co/462/2012, ECLI:SK:KSBA:2012:1211227718.1</w:t>
      </w:r>
    </w:p>
    <w:p>
      <w:r>
        <w:t>Súd: Krajský súd Bratislava</w:t>
      </w:r>
    </w:p>
    <w:p>
      <w:r>
        <w:t>Spisová značka: 3Co/462/2012</w:t>
      </w:r>
    </w:p>
    <w:p>
      <w:r>
        <w:t>ECLI: ECLI:SK:KSBA:2012:1211227718.1</w:t>
      </w:r>
    </w:p>
    <w:p>
      <w:r>
        <w:t>Dátum vydania: 29.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3Co/462/2012 Identifikačné číslo súdneho spisu: 1211227718 Dátum vydania rozhodnutia: 30. 11. 2012 Meno a priezvisko sudcu, VSÚ: JUDr. Mária Šramková ECLI: ECLI:SK:KSBA:2012:1211227718.1 Uznesenie r o z h o d o l :</w:t>
      </w:r>
    </w:p>
    <w:p/>
    <w:p>
      <w:r>
        <w:t>Zdroj: KAUZIS.SK – https://www.kauzis.sk/judikatura/r/ECLI:SK:KSBA:2012:1211227718.1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