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5Co/302/2012 z 30. 7. 2012</w:t>
      </w:r>
    </w:p>
    <w:p>
      <w:r>
        <w:t>Uznesenie Krajského súdu Bratislava z 30. júla 2012, sp. zn. 5Co/302/2012, ECLI:SK:KSBA:2012:1211229353.1</w:t>
      </w:r>
    </w:p>
    <w:p>
      <w:r>
        <w:t>Súd: Krajský súd Bratislava</w:t>
      </w:r>
    </w:p>
    <w:p>
      <w:r>
        <w:t>Spisová značka: 5Co/302/2012</w:t>
      </w:r>
    </w:p>
    <w:p>
      <w:r>
        <w:t>ECLI: ECLI:SK:KSBA:2012:1211229353.1</w:t>
      </w:r>
    </w:p>
    <w:p>
      <w:r>
        <w:t>Dátum vydania: 30.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5Co/302/2012 Identifikačné číslo súdneho spisu: 1211229353 Dátum vydania rozhodnutia: 31. 07. 2012 Meno a priezvisko sudcu, VSÚ: JUDr. Milan Chalúpka ECLI: ECLI:SK:KSBA:2012:1211229353.1 Uznesenie Krajský súd v Bratislave v právnej veci navrhovateľky: V. X., P. XXX/XX, Š., zast. JUDr. Máriou Gálovou, advokátkou, so sídlom Hviezdoslavova 510, Sládkovičovo proti odporcovi: Travel Service, a.s. organizačná zložka Slovensko, so sídlom Letisko M.R. Štefánika, Bratislava, IČO: 36 867 28, zast. Mgr. Tomášom Rybárom, advokátom so sídlom Štúrova 4, Bratislava, o zaplatenie 400 eur s príslušenstvom, na odvolanie navrhovateľky voči uzneseniu Okresného súdu Bratislava II č.k. 52C 26/2012 - 47 zo dňa 24.05.2012, takto r o z h o d o l : Odvolací súd napadnuté uznesenie súdu prvého stupňa p o t v r d z u j e . Odporcovi sa náhrada trov odvolacieho konania nepriznáva. o d ô v o d n e n i e : Súd prvého stupňa napadnutým uznesením zastavil konanie a navrhovateľku zaviazal zaplatiť odporcovi náhradu trov právneho zastúpenia v sume 90,02 eur a náhradu iných trov konania v sume 6,63 eur. Dôvodom na zastavenie konania bola tá skutočnosť, že v konaní označený odporca Travel Service, a.s. organizačná zložka Slovensko, so sídlom Letisko M.R. Štefánika, Bratislava, IČO: 36 867 284 , nemá právnu subjektivitu a vzhľadom k tejto skutočnosti nemá označený odporca spôsobilosť byť účastníkom konania a keďže ide o neodstrániteľný nedostatok podmienky konania, súd prvého stupňa rozhodol o zastavení konania. Podľa názoru súdu prvého stupňa, uvedený nedostatok podmienky konania nemohlo odstrániť ani podanie navrhovateľa zo dňa 22.02.2012, ktorým navrhovateľ návrh na začatie konania doplnil o špecifikáciu odporcu tak, že odporcu označil ako Travel Service, a.s. so sídlom Janáčkovo nábř. 59/138, Praha 5, 150 00, IČO: 256 63 135 , Česká republika, zapísaná v obchodnom rejstříku Městského soudu v Praze, oddiel: B, vložka 5332, konajúcu na území SR prostredníctvom organizačnej zložky Travel Service, a.s. organizačná zložka Slovensko, so sídlom Letisko M.R. Štefánika, Bratislava, IČO: 36 867 284 Slovensko, so sídlom Letisko M.R. Štefánika, Bratislava, IČO: 36 867 284, nakoľko nespôsobilosť byť účastníkom konania je neodstrániteľným nedostatkom podmienok konania, ktorý nemožno zamieňať s vadou návrhu na začatie konania. O trovách konania rozhodol súd prvého stupňa v zmysle § 142 ods. 2 O. s. p. a navrhovateľku zaviazal k náhrade trov právneho zastúpenia. Proti uzneseniu, ktorým bolo konanie zastavené podala v zákonom stanovenej lehote odvolanie navrhovateľka, v ktorom uviedla, že konanie má inú vadu, ktorá mohla mať za následok nesprávne rozhodnutie vo veci a rozhodnutie súdu prvého stupňa vychádza z nesprávneho právneho posúdenia veci. Navrhovateľka odvolanie odôvodnila najmä tým, že odporca bol v návrhu označený ako Travel Service, a.s. organizačná zložka Slovensko, so sídlom Letisko M.R. Štefánika, Bratislava, IČO: 36 867 284 (organizačná zložka podniku zahraničnej osoby Travel Service, a.s. zapísanej v obchodnom registri Mestského súdu v Prahe, oddiel B, vložka). Z označenia odporcu má vyplývať, že žalovaným je letecký dopravca. V odvolaní ďalej navrhovateľka uviedla, že v tomto prípade o odstrániteľnú vadu konania spočívajúcu v nesprávnom označení subjektu, ktorá bola navrhovateľkou odstránená jej podaním zo dňa 28.02. 2012 a nesúhlasí s názorom súdu prvého stupňa , že týmto podaním nebolo možné odstrániť nedostatok procesnej spôsobilosti. Navrhovateľka odvolaciemu súdu na základe v odvolaní uvedených skutočností navrhla, aby napadnuté uznesenie súdu prvého stupňa v celom rozsahu zrušil a vrátil vec súdu prvého stupňa na ďalšie konanie. K odvolaniu navrhovateľky sa odporca nevyjadril. Odvolací súd preskúmal napadnuté uznesenie podľa § 212 ods. 1 O.s.p. bez nariadenia odvolacieho pojednávania (§ 214 ods. 2 O.s.p.) a dospel k záveru, že odvolanie navrhovateľky nie je dôvodné. Odvolací súd sa stotožňuje s postupom súdu prvého stupňa pri rozhodovaní o zastavení konania tak, ako je uvedené v odôvodnení napadnutého rozhodnutia. Postup súdu prvého stupňa pri rozhodovaní o zastavení konania z dôvodu, že označený odporca je nespôsobilý byť účastníkom konania čo predstavuje neodstrániteľný nedostatok podmienok konania, ktorý nemožno považovať za vadu konania, ktorú možno odstrániť doplnením , alebo opravou návrhu na začatie konania. V tomto prípade je nepochybné, že v návrhu určený subjekt ako odporca nemá právnu subjektivitu a z toho dôvodu ide o taký nedostatok podmienok konania, pre ktorý v konaní nemožno pokračovať a bolo potrebné a zákonné ho zastaviť. Navrhovateľka síce vo svojom odvolaní uviedla, že v označení odporcu tak ako bolo uvedené v návrhu na začatie konania išlo o odstrániteľnú vadu, ktorú aj odstránila, avšak odvolací súd sa s týmto názorom nestotožnil z vyššie uvedených dôvodov. Vzhľadom na skutočnosť, že odvolací súd sa v celom rozsahu stotožňuje i s odôvodnením napadnutého rozhodnutia súdu prvého stupňa, obmedzil odvolací súd odôvodnenie potvrdzujúceho rozhodnutia na konštatovanie správnosti dôvodov uvedených súdom prvého stupňa v zmysle ust. § 219 ods. 2 O.s.p. v znení účinnom od 15.októbra 2008 (§ 372 p ods.1 O.s.p. zavedeného zákonom č.384/2008 Z. z.). O trovách odvolacieho konania rozhodol odvolací súd podľa § 224 ods. 1 O.s.p. s použitím § 142 ods.1 O.s.p., odporcovi však náhradu trov odvolacieho konania nepriznal keďže si žiadne neuplatnil. Poučenie: Proti tomuto uzneseniu nie je prípustné odvolanie.</w:t>
      </w:r>
    </w:p>
    <w:p/>
    <w:p>
      <w:r>
        <w:t>Zdroj: KAUZIS.SK – https://www.kauzis.sk/judikatura/r/ECLI:SK:KSBA:2012:1211229353.1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