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5Co/449/2012 z 30. 10. 2012</w:t>
      </w:r>
    </w:p>
    <w:p>
      <w:r>
        <w:t>Uznesenie Krajského súdu Bratislava z 30. októbra 2012, sp. zn. 5Co/449/2012, ECLI:SK:KSBA:2012:1211229378.1</w:t>
      </w:r>
    </w:p>
    <w:p>
      <w:r>
        <w:t>Súd: Krajský súd Bratislava</w:t>
      </w:r>
    </w:p>
    <w:p>
      <w:r>
        <w:t>Spisová značka: 5Co/449/2012</w:t>
      </w:r>
    </w:p>
    <w:p>
      <w:r>
        <w:t>ECLI: ECLI:SK:KSBA:2012:1211229378.1</w:t>
      </w:r>
    </w:p>
    <w:p>
      <w:r>
        <w:t>Dátum vydania: 30. 10.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5Co/449/2012 Identifikačné číslo súdneho spisu: 1211229378 Dátum vydania rozhodnutia: 31. 10. 2012 Meno a priezvisko sudcu, VSÚ: JUDr. Juraj Považan ECLI: ECLI:SK:KSBA:2012:1211229378.1 Uznesenie Krajský súd v Bratislave v právnej veci navrhovateľa: L. N., F. U. T., N. XX, zast. JUDr. Máriou Gálovou, advokátkou v Sládkovičove, Hviezdoslavova 510, proti odporcovi: Travel Service, a.s. organizačná zložka Slovensko, Letisko M.R.Štefánika v Bratislave, o zaplatenie 400 € s prísl., na odvolanie navrhovateľa i Travel Service, a.s. so sídlom Praha 5, Janáčkovo nábř. 59/138, ČR, zast. Mgr. Tomášom Rybárom, advokátom v Bratislave, Štúrova 4, proti uzneseniu Okresného súdu Bratislava II v Bratislave zo dňa 6. júna 2012 č.k. 18C 26/2012-49 takto r o z h o d o l : Odvolací súd napadnuté uznesenie súdu prvého stupňa p o t v r d z u j e . Odvolanie podané Travel Service, a.s. so sídlom Praha 5, Janáčkovo nábř. 59/138, ČR zo dňa 18.7.2012 o d m i e t a . Žiaden z účastníkov nemá právo na náhradu trov odvolacieho konania. o d ô v o d n e n i e : Napadnutým uznesením súd prvého stupňa zastavil konanie o zaplatenie sumy 400 € s prísl. potom čo dospel k záveru, že organizačná zložka podniku zahraničnej osoby, ktorú navrhovateľka označila ako odporcu, nie je možné považovať za osobu spôsobilú byť účastníkom občianskoprávneho konania t.j. ide o neodstrániteľný nedostatok podmienky konania, kedy súd musí pristúpiť k zastaveniu konania. O náhrade trov rozhodol tak, že žiaden z účastníkov nemá právo na náhradu trov konania s poukazom na ustanovenie § 146 ods. 1 písm. c) O.s.p. - 2 - Proti tomuto uzneseniu podal odvolanie jednak navrhovateľ, ktorý uviedol, že nesprávne - nepresné označenie odporcu je treba považovať za omyl navrhovateľa, keďže mal na mysli jeden a ten istý subjekt, ale namiesto právnickej osoby uviedol jej nižšiu organizačnú zložku. Zároveň označil aj úplný názov a sídlo zahraničnej právnickej osoby s údajmi o zápise v obchodnom registri. Z uvedených dôvodov navrhol, aby odvolací súd napadnuté rozhodnutie súdu prvého stupňa v celom rozsahu zrušil a vec vrátil súdu prvého stupňa na ďalšie konanie. Proti uzneseniu podal odvolanie aj Travel Service, a.s. so sídlom v Prahe 5, Janáčkovo nábř. 59/138, Česká republika, a to do časti týkajúcej sa náhrady trov konania, ktorá mu nebola priznaná. Poukázal na skutočnosť, že v záujme ochrany svojich práv a záujmov musel podať zriaďovateľ - podnik zahraničnej osoby odpor voči platobnému rozkazu zo dňa 30.12.2011 sp. zn. 32 Ro 2053/2011-22, inak by mohla nastať situácia, že platobný rozkaz, aj keď vydaný voči subjektu bez právnej subjektivity, by nadobudol právoplatnosť a vykonateľnosť a bránenie sa proti jeho účinkom by zo strany odporcu bolo podstatne komplikovanejšie. Požadoval náhradu trov právneho zastúpenia za tri úkony právnej služby (1.prevzatie a príprava 20.1.2012, 2. odpor 27.1.2012, 3: odvolanie 1 základnej sadzby 18.7.2012) á 29,88 € + 3 x 7,63 € režijný paušál, DPH 19,52 € spolu 117,11 €. Okrem toho požadoval náhradu za zaplatený súdny poplatok za odpor 24 € a hotové výdavky za notárske overenie plnomocenstva udeleného advokátovi 3,19 €, spolu 144,30 €. Odvolací súd preskúmal vec podľa § 212 ods. 1 O.s.p. bez odvolacieho pojednávania (§ 214 ods. 2 O.s.p.) a dospel k záveru, že rozhodnutie súdu prvého stupňa je vecne správne. V prejednávanej veci treba prisvedčiť súdu prvého stupňa, že v danom prípade nešlo o vadu žaloby, ktorú navrhovateľ svojím doplnením zo dňa 22.2.2012 jednoducho odstránil. Ak je žalovaný v žalobe označený úplne, presne, určito a zrozumiteľne, ako to bolo aj v danej veci, nie je vadou podania skutočnosť, že označený odporca nemá spôsobilosť byť účastníkom konania, lebo ak bol v žalobe takto (úplne, presne, určito a zrozumiteľne) označený za účastníka konania ten, kto nemá spôsobilosť byť účastníkom, ide o nedostatok podmienky konania, ktorý nemožno odstrániť. Ten kto nemá spôsobilosť byť účastníkom konania, nemôže v občianskom súdnom konaní vstúpiť do procesného vzťahu. Súd je preto povinný prihliadnuť na tento nedostatok podmienky konania a konanie zastaviť (§ 103 O.s.p. v spojení s § 104 ods. 1 O.s.p.). Keďže súd v prípade neodstrániteľného nedostatku podmienky konania nemôže v konaní pokračovať a je povinný konanie zastaviť, nemôže do takto (vadne) začatého konania ani pristúpiť ďalší účastník a nemôže ani dôjsť k zámene účastníkov. V prejednávanej veci navrhovateľ kvalifikovaným spôsobom označil za žalovaného nekvalifikovaný subjekt (toho, kto nemal spôsobilosť byť účastníkom konania) a preto 5Co 449/2012 - 74 - 3 - odvolaciemu súdu neostalo než napadnuté uznesenie podľa § 219 ods. 1 O.s.p. ako vecne správne potvrdiť. Pokiaľ ide o odvolanie subjektu Travel Service, a.s. so sídlom v Prahe 5, Janáčkovo nábř. 59/138 ČR, ktorý sa domáhal náhrady trov konania, ktoré mu mali vzniknúť v tomto konaní, už súd prvého stupňa správne poukázal na skutočnosť, že tento nie je účastníkom tohto konania, a preto jeho odvolanie zo dňa 18.7.2012, ako podané niekým, kto na odvolanie nie je oprávnený (§ 201 O.s.p.), bolo potrebné odmietnuť (§ 218 ods. 1 písm. b) O.s.p.). V odvolacom konaní nebolo komu priznať náhradu trov tohto konania, keďže navrhovateľ bol neúspešný a ako odporca bol označený subjekt bez právnej subjektivity. Poučenie: Toto uznesenie nemožno napadnúť odvolaním.</w:t>
      </w:r>
    </w:p>
    <w:p/>
    <w:p>
      <w:r>
        <w:t>Zdroj: KAUZIS.SK – https://www.kauzis.sk/judikatura/r/ECLI:SK:KSBA:2012:1211229378.1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