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3Co/218/2012 z 17. 10. 2012</w:t>
      </w:r>
    </w:p>
    <w:p>
      <w:r>
        <w:t>Uznesenie Krajského súdu Bratislava z 17. októbra 2012, sp. zn. 3Co/218/2012, ECLI:SK:KSBA:2012:1212201026.1</w:t>
      </w:r>
    </w:p>
    <w:p>
      <w:r>
        <w:t>Súd: Krajský súd Bratislava</w:t>
      </w:r>
    </w:p>
    <w:p>
      <w:r>
        <w:t>Spisová značka: 3Co/218/2012</w:t>
      </w:r>
    </w:p>
    <w:p>
      <w:r>
        <w:t>ECLI: ECLI:SK:KSBA:2012:1212201026.1</w:t>
      </w:r>
    </w:p>
    <w:p>
      <w:r>
        <w:t>Dátum vydania: 17. 10.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3Co/218/2012 Identifikačné číslo súdneho spisu: 1212201026 Dátum vydania rozhodnutia: 18. 10. 2012 Meno a priezvisko sudcu, VSÚ: JUDr. Mária Šramková ECLI: ECLI:SK:KSBA:2012:1212201026.1 Uznesenie Krajský súd v Bratislave v právnej veci navrhovateľa: SWIFT COMMERCE, s.r.o., Sputniková 25, Bratislava, proti odporcovi: BYTOSERVIS, spol. s r.o., Bachova 7, Bratislava, o návrhu na obnovu konania, na odvolanie navrhovateľa proti uzneseniu Okresného súdu Bratislava II, č.k. 10C/15/2012-11, zo dňa 12. marca 2012, takto r o z h o d o l : Napadnuté uznesenie súdu prvého stupňa sa p o t v r d z u j e . Odporcovi sa náhrada trov odvolacieho konania nepriznáva. o d ô v o d n e n i e : Súd prvého stupňa napadnutým uznesením zastavil konanie s tým, že žiaden z účastníkov nemá právo na náhradu trov konania. V odôvodnení uviedol, že navrhovateľ sa domáhal povolenia obnovy konania vedeného pod sp. zn. 10C/155/2011. Navrhovateľa vyzval na zaplatenie súdneho poplatku vo výške 99,50 eura v lehote 10 dní od doručenia výzvy pod následkom zastavenia konania. Pretože navrhovateľ napriek výzve súdny poplatok nezaplatil, súd prvého stupňa konanie v zmysle § 10 ods. 1 zák. č. 71/1992 Zb. zastavil. Proti uzneseniu podal navrhovateľ odvolanie a žiadal napadnuté uznesenie zrušiť. Uviedol, že nedostal žiadne oznámenie ohľadom poplatku. Žiadal o oznámenie, kde a na aký účet má poplatok zaplatiť s tým, že ho obratom vo výške 99,50 eura zaplatí. Odvolací súd preskúmal vec bez nariadenia pojednávania podľa § 214 ods. 2 O.s.p. a dospel k záveru, že odvolanie nie je dôvodné. V predmetnej veci sa navrhovateľ návrhom zo dňa 18.1.2012 domáhal povolenia obnovy konania vedeného pod sp. zn. 10C/155/2011. Súd prvého stupňa dňa 6.2.2012 vyzval navrhovateľa na zaplatenie súdneho poplatku za návrh vo výške 99,50 eura (položka 16 sadzobníka súdnych poplatkov) v lehote 10 dní od doručenia výzvy s poučením o následkoch nezaplatenia. Výzva na zaplatenie súdneho poplatku bola navrhovateľovi doručovaná na adresu sídla, pričom sa dňa 10.2.2012 vrátila súdu prvého stupňa s tým, že adresát je neznámy. Na tomto základe sa výzva v zmysle § 48 ods. 2 O.s.p. považovala za doručenú po troch dňoch od jej vrátenia súdu. Nakoľko navrhovateľ nezaplatil súdny poplatok za návrh ani v určenej lehote a ani do rozhodnutia súdu prvého stupňa, tento konanie v súlade s § 10 ods. 1 zák. č. 71/1992 Zb. zastavil. Odvolací súd poukazuje na možnosť zaplatenia súdneho poplatku (okrem poukazu na účet či prevodom z účtu i kolkovými známkami či v hotovosti) do konca lehoty na podanie odvolania proti uzneseniu o zastavení konania v zmysle § 10 ods. 3 zák. č. 71/1992 Zb., ktorú však navrhovateľ nevyužil. Odvolací súd z uvedených dôvodov napadnuté uznesenie súdu prvého stupňa ako vecne správne v zmysle § 219 ods. 1 O.s.p. potvrdil. O náhrade trov odvolacieho konania odvolací súd rozhodol podľa § 224 ods. 1 O.s.p. v spojení s § 142 ods. 1 O.s.p. (v odvolacom konaní mal odporca plný úspech) tak, že odporcovi náhradu trov odvolacieho konania nepriznal, nakoľko tieto mu nevznikli.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https://www.kauzis.sk/judikatura/r/ECLI:SK:KSBA:2012:1212201026.1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