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9NcC/35/2012 z 19. 7. 2012</w:t>
      </w:r>
    </w:p>
    <w:p>
      <w:r>
        <w:t>Uznesenie Krajského súdu Bratislava z 19. júla 2012, sp. zn. 9NcC/35/2012, ECLI:SK:KSBA:2012:1212209911.1</w:t>
      </w:r>
    </w:p>
    <w:p>
      <w:r>
        <w:t>Súd: Krajský súd Bratislava</w:t>
      </w:r>
    </w:p>
    <w:p>
      <w:r>
        <w:t>Spisová značka: 9NcC/35/2012</w:t>
      </w:r>
    </w:p>
    <w:p>
      <w:r>
        <w:t>ECLI: ECLI:SK:KSBA:2012:1212209911.1</w:t>
      </w:r>
    </w:p>
    <w:p>
      <w:r>
        <w:t>Dátum vydania: 19.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9NcC/35/2012 Identifikačné číslo súdneho spisu: 1212209911 Dátum vydania rozhodnutia: 20. 07. 2012 Meno a priezvisko sudcu, VSÚ: JUDr. Roman Huszár ECLI: ECLI:SK:KSBA:2012:1212209911.1 Uznesenie Krajský súd v Bratislave v právnej veci navrhovateľa : F. Š., D. N. XX, D., proti odporcovi : Všeobecná úverová banka, a.s., Mlynské Nivy 1, Bratislava, o určenie neplatnosti zmluvy o zriadení záložného práva k nehnuteľnosti, vedenej na Okresnom súde Bratislava IV pod sp. zn. 6C/87/2012, v pomere hlasov 3 : 0, takto r o z h o d o l : Na prejednanie a rozhodnutie veci vedenej pôvodne na Okresnom súde Bratislava II pod sp. zn. 7C/95/2012 a teraz na Okresnom súde Bratislava IV pod sp. zn. 6C/87/2012 j e m i e s t n e p r í s l u š n ý Okresný súd Bratislava IV. o d ô v o d n e n i e : Okresný súd Bratislava II v zmysle ust. § 105 a § 88 ods. 1 písm. h/ O.s.p. postúpil predmetnú vec z dôvodu miestnej príslušnosti Okresnému súdu Bratislava IV (č. l. 31 spisu) s tým, že konanie sa týka práva k nehnuteľnosti, ktorá sa nachádza v obvode Okresného súdu Bratislava IV. Okresný súd Bratislava IV s postúpením veci nesúhlasil a v zmysle ust. § 11 ods. 1, § 84, § 85 ods. 2, § 88 ods. 1 písm. h/, § 105 ods. 1, 3 O.s.p. predložil vec na rozhodnutie o miestnej príslušnosti Krajskému súdu v Bratislave ako súdu nadriadenému (č. l. 33 spisu). Svoj nesúhlas zdôvodnil tým, že predmetom konania je vyslovenie neplatnosti Zmluvy o zriadení záložného práva k nehnuteľnosti č. 3454/2007, a teda predmetom konania je určenie neplatnosti právneho úkonu. Preto nie je daná výlučná miestna príslušnosť, ale všeobecná miestna príslušnosť určená podľa sídla právnickej osoby, ktorá je odporcom v zmysle § 84 a § 85 ods. O.s.p. Okresný súd Bratislava IV zastával názor, že miestne príslušným súdom je Okresný súd Bratislava II, nakoľko sídlo odporcu sa nachádza v obvode Okresného súdu Bratislava II. Dodal, že súd polohy nehnuteľnosti je výlučne príslušným len vtedy, ak sa konanie priamo týka práva k nehnuteľnosti (určenie vlastníckeho práva, spoluvlastníctvo), a to za predpokladu, že nie je výlučne príslušný súd, ktorý rozhoduje o rozvode. Podľa § 105 ods. 1 O.s.p. súd skúma miestnu príslušnosť iba podľa § 88 O.s.p. Ak však navrhovateľ vystupuje v rôznych veciach opätovne ako navrhovateľ, alebo ak miestnu príslušnosť namieta odporca, súd skúma miestnu príslušnosť aj podľa § 84 až 87 O.s.p. Súd skúma miestnu príslušnosť prv, než začne konať o veci samej. Neskôr ju skúma len na námietku účastníka, ak ju uplatní najneskôr pri prvom úkone, ktorý účastníkovi patrí. Podľa § 105 ods. 2 O.s.p. ak súd podľa odseku 1 zistí, že nie je miestne príslušný, neodkladne postúpi vec príslušnému súdu bez rozhodnutia, alebo ju za podmienok uvedených v § 11 ods. 3 predloží Najvyššiemu súdu Slovenskej republiky; o tomto postúpení súd upovedomí účastníkov. Podľa § 105 ods. 3 O.s.p. ak súd, ktorému bola vec postúpená, s postúpením nesúhlasí, alebo účastník postúpenie namieta do 15 dní od doručenia upovedomenia o postúpení, predloží vec na rozhodnutie svojmu nadriadenému súdu; jeho rozhodnutím je viazaný aj súd, ktorému má byť vec podľa rozhodnutia nadriadeného súdu postúpená. Podľa § 84 O.s.p. na konanie je príslušný všeobecný súd účastníka, proti ktorému návrh smeruje (odporca), ak nie je ustanovené inak. Podľa § 88 ods. 1 písm. h/ O.s.p. namiesto všeobecného súdu odporcu je na konanie príslušný súd, v obvode ktorého je nehnuteľnosť, ak sa konanie týka práva k nej, ak nie je daná príslušnosť podľa písm. b/. Aplikácia písmena h/ ustanovenia § 88 ods. 1 O.s.p. prichádza do úvahy vtedy, ak ide o konanie, ktoré sa týka práva k nehnuteľnosti. Pojem nehnuteľnosť vymedzuje ust. § 119 ods. 2 Obč. zák., podľa ktorého sú nehnuteľnosťami pozemky a stavby spojené so zemou pevným základom. Právom k nehnuteľnosti je najmä právo vlastnícke, spoluvlastnícke, záložné, nájomné, predkupné, právo z vecného bremena a pod. Výlučná príslušnosť sa však bude aplikovať iba na spory o existenciu práva k nehnuteľnosti (napr. otázka vlastníctva, spoluvlastníctva, nájmu, vecného bremena , ale aj záložného práva). Príslušnosť súdu podľa ustanovenia § 88 ods. 1 písm. h/ O.s.p. sa však nevzťahuje na všetky spory, ktorých predmetom sú práva a povinnosti súvisiace s nehnuteľnosťami, ale iba na spory o existenciu práva k nehnuteľnosti, jeho trvanie a zánik. Nevzťahuje sa preto na iné práva odvodené od práv k veci - napr. na uplatnenie práva zo zodpovednosti za vady stavebných prác nehnuteľnosti i uplatnenie náhrady škody za poškodenie veci. V konaní o určenie neplatnosti zmluvy o prevode nehnuteľnosti sa predmet konania bezprostredne týka vzniku, zmeny či zániku vlastníctva k nehnuteľnosti. Preto miestnu príslušnosť na prejednanie takejto žaloby treba posudzovať podľa ustanovenia § 88 ods. 1 písm. h/ O.s.p. ( R 13/1992 ). Nakoľko prevod nehnuteľnosti (právo vlastníka previesť nehnuteľnosť na iného) i zriadenie záložného práva k nehnuteľnosti (právo vlastníka zaťažiť nehnuteľnosť v prospech iného) vyjadrujú dispozíciu s nehnuteľnosťou a sú súčasťou čiastkových oprávnení vlastníka nehnuteľnosti, pokiaľ ide o určenie výlučnej príslušnosti, konanie o určenie neplatnosti zmluvy o zriadení záložného práva možno analogicky posúdiť ako konanie o určenie neplatnosti zmluvy o prevode nehnuteľnosti a uplatniť vyššie uvedený judikát. Predmetom konania je návrh navrhovateľa (doručený Okresnému súdu Bratislava II dňa 04.05.2012), ktorým sa domáha určenia neplatnosti zmluvy o zriadení záložného práva k nehnuteľnosti č. 3454/2007 nachádzajúcim sa v katastrálnom území Devínska Nová Ves, t.j. v obvode Okresného Bratislava IV. Krajský súd v Bratislave ako súd nadriadený, vzhľadom na predmet konania, dospel k záveru, že v predmetnej právnej veci je daná výlučná miestna príslušnosť v zmysle § 88 ods. 1 písm. h/ O.s.p. Výlučnosť príslušnosti spočíva v tom, že žiaden iný súd, okrem toho, ktorý je stanovený v zákone, nie je príslušný na konanie. Znamená to, že priamo zákonom je vylúčená všeobecná miestna príslušnosť. S ohľadom na uvedené je nesúhlas Okresného súdu Bratislava IV s postúpením veci nedôvodný, keď miestne príslušným súdom na konanie vo veci je v zmysle § 88 ods. 1 písm. h/ O.s.p. Okresný súd Okresný súd Bratislava IV. Z uvedených dôvodov Krajský súd v Bratislave ako nadriadený súd ( § 105 ods. 3 O.s.p.) rozhodol spôsobom uvedeným vo výrokovej časti tohto uznesenia. Poučenie: Toto uznesenie nie je možné napadnúť odvolaním.</w:t>
      </w:r>
    </w:p>
    <w:p/>
    <w:p>
      <w:r>
        <w:t>Zdroj: KAUZIS.SK – https://www.kauzis.sk/judikatura/r/ECLI:SK:KSBA:2012:1212209911.1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