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8Co/293/2011 z 28. 10. 2012</w:t>
      </w:r>
    </w:p>
    <w:p>
      <w:r>
        <w:t>Uznesenie Krajského súdu Bratislava z 28. októbra 2012, sp. zn. 8Co/293/2011, ECLI:SK:KSBA:2012:1305202860.4</w:t>
      </w:r>
    </w:p>
    <w:p>
      <w:r>
        <w:t>Súd: Krajský súd Bratislava</w:t>
      </w:r>
    </w:p>
    <w:p>
      <w:r>
        <w:t>Spisová značka: 8Co/293/2011</w:t>
      </w:r>
    </w:p>
    <w:p>
      <w:r>
        <w:t>ECLI: ECLI:SK:KSBA:2012:1305202860.4</w:t>
      </w:r>
    </w:p>
    <w:p>
      <w:r>
        <w:t>Dátum vydania: 28. 10.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8Co/293/2011 Identifikačné číslo súdneho spisu: 1305202860 Dátum vydania rozhodnutia: 29. 10. 2012 Meno a priezvisko sudcu, VSÚ: JUDr. Janka Gažovičová ECLI: ECLI:SK:KSBA:2012:1305202860.4 Uznesenie Krajský súd v Bratislave v právnej veci navrhovateľky: F.. M. Q. J.. J.Á., B. A. X, B., zastúpenej advokátkou JUDr. Luciou Kralovičovou, so sídlom v Bratislave, Bajzova 12, proti odporcovi : V. H.J., B. I. C. X, B., zastúpenom advokátkou JUDr. Alenou Bábikovou, so sídlom v Bratislave, Michalská 2, o vyporiadanie bezpodielového spoluvlastníctva manželov, o náhrade trov odvolacieho konania v odvolacom konaní, o odvolaniach navrhovateľky proti rozsudku OkresnéO. Q. B. D. I. L. XX. F. XXXX, Č..A.. XXC XX/XXXX-XXX, proti R. OkresnéO. Q. B. D. I. L. XX.P. XXXX, Č..A.. XXC XX/XXXX-XXX T. I. L. XX.T. XXXX, Č..A.. XXC XX/XXXX-XXX, jednohlasne takto r o z h o d o l : Odvolací súd odporcovi náhradu trov odvolacieho konania n e p r i z n á v a . o d ô v o d n e n i e : Rozsudkom č.k. XCo XXX/XXXX-XXX I. L. XX.XX. XXXX odvolací súd napadnuté uznesenie súdu prvého stupňa zo dňa XX.P. XXXX Č..A.. XXC XX/XXXX-XXX potvrdil, napadnutý rozsudok súdu prvého stupňa v spojení s opravným uznesením zo dňa XX.P. XXXX Č..A.. XXC XX/XXXX-XXX, ktorým súd prvého stupňa vysporiadal bezpodielové spoluvlastníctvo účastníkov konania; a potvrdil aj napadnuté uznesenie súdu prvého stupňa zo dňa XX.T. XXXX Č..A.. XXC XX/XXXX-XXX. V odvolacom konaní úspešnému odporcovi, ktorý si svoje právo na náhradu trov odvolacieho konania uplatnil návrhom podľa § 151 ods.1 vety prvej O.s.p., vznikol nárok na náhradu trov odvolacieho konania podľa § 142 ods.1 O.s.p. v spojení s § 224 ods.1 O.s.p.. Nakoľko si však odporca tento svoj nárok nevyčíslil ani do verejného vyhlásenia rozsudku dňa 23.10.2012, nebolo možné vo výroku rozsudku odvolacieho súdu o ním uplatnenom nároku na náhradu trov odvolacieho konania rozhodnúť. S poukazom na ust. § 214 ods. 5 O.s.p. rozhodol preto odvolací súd o náhrade trov odvolacieho konania odporcu samostatným uznesením tak, že mu nepriznal náhradu trov odvolacieho konania, nakoľko si v súlade s § 151 ods. 1 vety druhej O.s.p. nevyčíslil v lehote do troch pracovných dní od vyhlásenia rozsudku trovy odvolacieho konania, pričom zo spisu iné, ako trovy právneho zastúpenia, nevyplývajú. Poučenie: Proti tomuto uzneseniu odvolanie nie je prípustné.</w:t>
      </w:r>
    </w:p>
    <w:p/>
    <w:p>
      <w:r>
        <w:t>Zdroj: KAUZIS.SK – https://www.kauzis.sk/judikatura/r/ECLI:SK:KSBA:2012:1305202860.4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