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14Co/310/2012 z 19. 7. 2012</w:t>
      </w:r>
    </w:p>
    <w:p>
      <w:r>
        <w:t>Uznesenie Krajského súdu Bratislava z 19. júla 2012, sp. zn. 14Co/310/2012, ECLI:SK:KSBA:2012:1307203856.4</w:t>
      </w:r>
    </w:p>
    <w:p>
      <w:r>
        <w:t>Súd: Krajský súd Bratislava</w:t>
      </w:r>
    </w:p>
    <w:p>
      <w:r>
        <w:t>Spisová značka: 14Co/310/2012</w:t>
      </w:r>
    </w:p>
    <w:p>
      <w:r>
        <w:t>ECLI: ECLI:SK:KSBA:2012:1307203856.4</w:t>
      </w:r>
    </w:p>
    <w:p>
      <w:r>
        <w:t>Dátum vydania: 19. 7. 2012</w:t>
      </w:r>
    </w:p>
    <w:p>
      <w:r>
        <w:t>Forma: Uznesenie</w:t>
      </w:r>
    </w:p>
    <w:p>
      <w:r>
        <w:t>Oblasť práva: Občianske právo</w:t>
      </w:r>
    </w:p>
    <w:p>
      <w:pPr>
        <w:pStyle w:val="Heading2"/>
      </w:pPr>
      <w:r>
        <w:t>Text rozhodnutia</w:t>
      </w:r>
    </w:p>
    <w:p>
      <w:r>
        <w:t>Súd: Krajský súd Bratislava Spisová značka: 14Co/310/2012 Identifikačné číslo súdneho spisu: 1307203856 Dátum vydania rozhodnutia: 20. 07. 2012 Meno a priezvisko sudcu, VSÚ: JUDr. Edita Szabová ECLI: ECLI:SK:KSBA:2012:1307203856.4</w:t>
      </w:r>
    </w:p>
    <w:p>
      <w:r>
        <w:t>Uznesenie Krajský súd v Bratislave v právnej veci navrhovateľky: L. E., G. Na H. Č.. XX, K., zast. advokátom JUDr. Jozefom Vašom, Seberíniho č. 21, Bratislava, proti odporcovi: S. S., G. E. Č.. XX, G., zast. JUDr. Miroslavom Pavelkom, bytom Černockého ul. č. 5, Bratislava, o zaplatenie 33.193,92 eur s prísl., o odvolaní odporcu proti rozsudku Okresného súdu Bratislava III, č.k. 11C/281/2007-232, zo dňa 26.4.2012</w:t>
      </w:r>
    </w:p>
    <w:p>
      <w:r>
        <w:t>r o z h o d o l :</w:t>
      </w:r>
    </w:p>
    <w:p>
      <w:r>
        <w:t>Odvolací súd odvolanie odporcu o d m i e t a .</w:t>
      </w:r>
    </w:p>
    <w:p>
      <w:r>
        <w:t>Navrhovateľovi sa náhrada trov odvolacieho konania nepriznáva.</w:t>
      </w:r>
    </w:p>
    <w:p>
      <w:r>
        <w:t>o d ô v o d n e n i e :</w:t>
      </w:r>
    </w:p>
    <w:p>
      <w:r>
        <w:t>Napadnutým rozsudkom súd prvého stupňa uložil odporcovi povinnosť zaplatiť navrhovateľke 33.193,92 eur, spolu s úrokom z omeškania vo výške 9,5 % p.a. od 20.2.2007 do zaplatenia a nahradiť jej trovy konania vo výške 6.881,80 eur.</w:t>
      </w:r>
    </w:p>
    <w:p>
      <w:r>
        <w:t>Proti rozsudku podal odporca odvolanie, v ktorom žiadal, aby odvolací súd napadnutý rozsudok zrušil a vec vrátil súdu prvého stupňa na ďalšie konanie. Argumentoval tým, že okresný súd vykonal dokazovanie, ktoré však správne právne a skutkovo nevyhodnotil, a že sa vôbec nevysporiadal s odlišnými tvrdeniami navrhovateľky v konaní predchádzajúcom napadnutý rozsudok.</w:t>
      </w:r>
    </w:p>
    <w:p>
      <w:r>
        <w:t>Krajský súd v Bratislave ako súd odvolací (§ 10 ods. 1 O.s.p.) preskúmal odvolanie podľa 214 ods. 2 O.s.p. bez nariadenia pojednávania, predovšetkým z hľadiska prípustnosti jeho podania a dospel k záveru, že odvolanie bolo podané oneskorene.</w:t>
      </w:r>
    </w:p>
    <w:p>
      <w:r>
        <w:t>Podľa § 204 ods. 1 O.s.p., odvolanie sa podáva do 15 dní od doručenia rozhodnutia na súde, proti rozhodnutiu ktorého smeruje.</w:t>
      </w:r>
    </w:p>
    <w:p>
      <w:r>
        <w:t>Podľa § 57 ods. 1 O.s.p., do plynutia lehoty sa nezapočítava deň, keď došlo k skutočnosti určujúcej začiatok lehoty.</w:t>
      </w:r>
    </w:p>
    <w:p>
      <w:r>
        <w:t>Podľa § 57 ods. 3 O.s.p., lehota je zachovaná, ak sa posledný deň lehoty urobí úkon na súde alebo podanie odovzdá orgánu, ktorý má povinnosť ho doručiť.</w:t>
      </w:r>
    </w:p>
    <w:p>
      <w:r>
        <w:t>Podľa § 218 ods. 1 písm. a) O.s.p., odvolací súd odmietne odvolanie, ktoré bolo podané oneskorene.</w:t>
      </w:r>
    </w:p>
    <w:p>
      <w:r>
        <w:t>Z údajov na poštovej doručenke vyplýva, že splnomocnený zástupca odporcu rozsudok prevzal dňa 1.6.2012. Lehota na podanie odvolania začala plynúť nasledujúci deň, t.j. dňa 2.6.2012. Pätnástym dňom na podanie odvolania bol 18.6.2012 (pondelok). Odvolanie bolo podľa podacej pečiatky pošty podané až dňa 20.6.2012, t.j. 2 dni po uplynutí odvolacej lehoty.</w:t>
      </w:r>
    </w:p>
    <w:p>
      <w:r>
        <w:t>Odvolací súd preto odvolanie navrhovateľa v zmysle ust. § 218 ods. 1 písm. a) O.s.p. odmietol ako oneskorene podané.</w:t>
      </w:r>
    </w:p>
    <w:p>
      <w:r>
        <w:t>Odporcovi súd nepriznal náhradu trov odvolacieho konania, pretože mu žiadne trovy nevznikli.</w:t>
      </w:r>
    </w:p>
    <w:p>
      <w:r>
        <w:t>Poučenie:</w:t>
      </w:r>
    </w:p>
    <w:p>
      <w:r>
        <w:t>Proti tomuto uzneseniu odvolanie nie je prípustné.</w:t>
      </w:r>
    </w:p>
    <w:p/>
    <w:p>
      <w:r>
        <w:t>Zdroj: KAUZIS.SK – https://www.kauzis.sk/judikatura/r/ECLI:SK:KSBA:2012:1307203856.4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