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2Cob/212/2012 z 3. 6. 2012</w:t>
      </w:r>
    </w:p>
    <w:p>
      <w:r>
        <w:t>Uznesenie Krajského súdu Bratislava z 3. júna 2012, sp. zn. 2Cob/212/2012, ECLI:SK:KSBA:2012:1308202078.1</w:t>
      </w:r>
    </w:p>
    <w:p>
      <w:r>
        <w:t>Súd: Krajský súd Bratislava</w:t>
      </w:r>
    </w:p>
    <w:p>
      <w:r>
        <w:t>Spisová značka: 2Cob/212/2012</w:t>
      </w:r>
    </w:p>
    <w:p>
      <w:r>
        <w:t>ECLI: ECLI:SK:KSBA:2012:1308202078.1</w:t>
      </w:r>
    </w:p>
    <w:p>
      <w:r>
        <w:t>Dátum vydania: 3. 6.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2Cob/212/2012 Identifikačné číslo súdneho spisu: 1308202078 Dátum vydania rozhodnutia: 04. 06. 2012 Meno a priezvisko sudcu, VSÚ: JUDr. Zita Ilčíková ECLI: ECLI:SK:KSBA:2012:1308202078.1 Uznesenie Krajský súd v Bratislave v právnej veci navrhovateľa: BL Finance, s. r. o., Šoltésovej 14, 811 08 Bratislava, IČO: 44 307 683, zast.: SOUKENÍK - ŠTRPKA, s.r.o., Šoltésovej 14, 811 08 Bratislava, proti odporcovi: V. Y., bytom P. XXX/XXX, XXX XX Y., o zaplatenie 2.263,83 Eur s príslušenstvom, o odvolaní odporcu proti rozsudku Okresného súdu Pezinok č.k. 32Cb/50/2009-48 zo dňa 18.04.2011 takto r o z h o d o l : Odvolanie odporcu sa o d m i e t a. Navrhovateľovi sa trovy odvolacieho konania n e p r i z n á v a j ú. o d ô v o d n e n i e : Napadnutým rozsudkom súd prvého stupňa zaviazal odporcu zaplatiť navrhovateľovi 1.263,49 Eur s úrokom z omeškania 9% ročne zo sumy 1.104,16 Eur od 26.11.2009 do zaplatenia a nahradiť mu trovy konania v sume 378,84 Eur. Vo zvyšku žalobu zamietol. Rozhodol tak na základe dôkazov predložených navrhovateľom titulom uzavretej zmluvy o úvere, zmluvy o predaji podniku. Jednalo sa o spotrebiteľskú zmluvu. Dňa 01.06.2011 podal odporca proti rozsudku súdu prvého stupňa v časti, ktorou bol zaviazaný na plnenie odvolanie, v ktorom uviedol, že je dlhodobo nezamestnaný, a občasnými brigádami sa snaží zarobiť si na stravu. Nie je schopný čiastku jednorázovo uhradiť. Nemá žiaden majetok, býva u matky, ktorá je invalidná dôchodkyňa. Dňa 08.12.2011 bol súdom vyzvaný na doplnenie podania a uznesením zo dňa 03.02.2012 bol vyzvaný, aby v lehote 10 dní uviedol, proti ktorému rozhodnutiu jeho podanie smeruje, v akom rozsahu rozhodnutie napáda a čoho sa domáha, s poučením, že v prípade, ak odvolanie nedoplní, bude odvolanie odmietnuté. Odporca výzvu súdu prvého stupňa prevzal dňa 14.02.2012. Napriek prevzatiu na výzvu nereagoval. Podľa § 218 ods. 1 písm. d) O.s.p., odvolací súd odvolanie odmietne, ktoré nemá náležitosti podľa § 205 ods. 1 a 2, ak boli dodržané podmienky § 209 ods. 1 a § 211 ods. 1 O.s.p.. Napriek výzve súdu prvého stupňa odporca svoje odvolanie nedoplnil, odvolací súd preto jeho odvolanie odmietol. Navrhovateľovi trovy odvolacieho konania nepriznal, lebo v odvolacom konaní mu žiadne nevznikli. Poučenie: Proti tomuto uzneseniu odvolanie nie je prípustné</w:t>
      </w:r>
    </w:p>
    <w:p/>
    <w:p>
      <w:r>
        <w:t>Zdroj: KAUZIS.SK – https://www.kauzis.sk/judikatura/r/ECLI:SK:KSBA:2012:1308202078.1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