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2Cob/453/2011 z 12. 12. 2012</w:t>
      </w:r>
    </w:p>
    <w:p>
      <w:r>
        <w:t>Opravné uznesenie Krajského súdu Bratislava z 12. decembra 2012, sp. zn. 2Cob/453/2011, ECLI:SK:KSBA:2012:1308202528.3</w:t>
      </w:r>
    </w:p>
    <w:p>
      <w:r>
        <w:t>Súd: Krajský súd Bratislava</w:t>
      </w:r>
    </w:p>
    <w:p>
      <w:r>
        <w:t>Spisová značka: 2Cob/453/2011</w:t>
      </w:r>
    </w:p>
    <w:p>
      <w:r>
        <w:t>ECLI: ECLI:SK:KSBA:2012:1308202528.3</w:t>
      </w:r>
    </w:p>
    <w:p>
      <w:r>
        <w:t>Dátum vydania: 12. 12.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2Cob/453/2011 Identifikačné číslo súdneho spisu: 1308202528 Dátum vydania rozhodnutia: 13. 12. 2012 Meno a priezvisko sudcu, VSÚ: JUDr. Zita Ilčíková ECLI: ECLI:SK:KSBA:2012:1308202528.3 Opravné uznesenie Krajský súd v Bratislave v právnej veci navrhovateľa: E.. U. L., R. XX, správca konkurznej podstaty úpadcu: ZENTAX s.r.o. v konkurze, Cintorínska 26, Bratislava, IČO: 00 680 010, zast.: JUDr. Helenou Hledíkovou, A.K., Matúšova 56/A, Bratislava, proti odporcovi: TENZONA Bratislava, s.r.o., Bojnická 3, Bratislava, IČO: 35 864 567, zast.: A.K. Mojžiš a partneri, s.r.o., Karadžičova 8/A, Bratislava, zast.: JUDr. Ivanom Mojžišom, A.K., o zaplatenie 132.775,68 Eur s príslušenstvom, o odvolaní navrhovateľa a odporcu proti rozsudku Okresného súdu Bratislava III č.k. 22Cb/85/08-307 zo dňa 25.08.2011 takto r o z h o d o l : Súd vydáva opravné uznesenie, podľa ktorého vo výroku v rozsudku 2Cob/453/2011-368 zo dňa 23.10.2012, Krajského súdu v Bratislave má byť správne označené číslo konania Okresného súdu Bratislava III 22Cb/85/08-307 zo dňa 25.08.2011. o d ô v o d n e n i e : Pri opisovaní rozsudku Krajského súdu v Bratislave č.k. 2Cob/453/2011-368 zo dňa 23.10.2012, došlo k nesprávne označenému číslu konania vedeného pred Okresným súdom Bratislava III. Správne označenie čísla konania pred Okresným súdom Bratislava III je 22Cb/85/08-307 zo dňa 25.08.2011. Podľa § 164 veta prvá O.s.p. súd kedykoľvek aj bez návrhu opraví v rozsudku chyby v písaní a počítaní, ako aj iné zrejmé nesprávnosti. Vzhľadom k uvedenému, odvolací súd vydal opravné uznesenie. Poučenie: Proti tomuto uzneseniu odvolanie nie je prípustné.</w:t>
      </w:r>
    </w:p>
    <w:p/>
    <w:p>
      <w:r>
        <w:t>Zdroj: KAUZIS.SK – https://www.kauzis.sk/judikatura/r/ECLI:SK:KSBA:2012:1308202528.3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