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5Co/97/2012 z 14. 5. 2012</w:t>
      </w:r>
    </w:p>
    <w:p>
      <w:r>
        <w:t>Rozsudok Krajského súdu Bratislava z 14. mája 2012, sp. zn. 5Co/97/2012, ECLI:SK:KSBA:2012:1308215715.2</w:t>
      </w:r>
    </w:p>
    <w:p>
      <w:r>
        <w:t>Súd: Krajský súd Bratislava</w:t>
      </w:r>
    </w:p>
    <w:p>
      <w:r>
        <w:t>Spisová značka: 5Co/97/2012</w:t>
      </w:r>
    </w:p>
    <w:p>
      <w:r>
        <w:t>ECLI: ECLI:SK:KSBA:2012:1308215715.2</w:t>
      </w:r>
    </w:p>
    <w:p>
      <w:r>
        <w:t>Dátum vydania: 14. 5. 2012</w:t>
      </w:r>
    </w:p>
    <w:p>
      <w:r>
        <w:t>Forma: Rozsudok</w:t>
      </w:r>
    </w:p>
    <w:p>
      <w:r>
        <w:t>Oblasť práva: Občianske právo</w:t>
      </w:r>
    </w:p>
    <w:p>
      <w:pPr>
        <w:pStyle w:val="Heading2"/>
      </w:pPr>
      <w:r>
        <w:t>Text rozhodnutia</w:t>
      </w:r>
    </w:p>
    <w:p>
      <w:r>
        <w:t>Súd: Krajský súd Bratislava Spisová značka: 5Co/97/2012 Identifikačné číslo súdneho spisu: 1308215715 Dátum vydania rozhodnutia: 15. 05. 2012 Meno a priezvisko sudcu, VSÚ: JUDr. Juraj Považan ECLI: ECLI:SK:KSBA:2012:1308215715.2 ROZSUDOK V MENE SLOVENSKEJ REPUBLIKY Krajský súd v Bratislave v senáte zloženom z predsedu senátu JUDr. Juraja Považana a členov senátu JUDr. Eleny Ďuranovej a JUDr. Milana Chalupku v právnej veci navrhovateľa: J. V., J. E. J., O. X proti odporcovi: GIANT EX s.r.o. so sídlom v Bratislave, Stará Vajnorská 39, zast. Ing. Františkom Oravcom, bytom v Bratislave, Kovorobotnícka 8, o náhradu mzdy a iné, na odvolanie odporcu proti rozsudku Okresného súdu Bratislava III v Bratislave zo dňa 21. decembra 2011 č. k. 24C 163/2008 - 283 takto r o z h o d o l : Odvolací súd rozsudok súdu prvého stupňa v napadnutej časti p o t v r d z u j e . Navrhovateľovi nepriznáva náhradu trov odvolacieho konania. o d ô v o d n e n i e : Súd prvého stupňa napadnutým rozsudkom uložil odporcovi povinnosť zaplatiť navrhovateľovi náhradu mzdy, ktorá mu patrí z titulu neplatného skončenia pracovného pomeru, o ktorom bolo rozhodnuté právoplatným medzitýmnym rozsudkom a to odo dňa 19.3.2009 (doručenie žaloby odporcovi) až do právoplatnosti medzitýmneho rozsudku t.j. do 14.1.2011. Súd vychádzal pri výpočte náhrady mzdy z pravdepodobného zárobku, keďže navrhovateľ v kalendárnom štvrťroku, ktorý je rozhodujúcim obdobím pred 19.3.2009 - t.j. 10/2008 až 12/2008 nepracoval aspoň 22 dní alebo 170 hodín (tak ako uvádza § 134 ods. 3 ZP) tak, že pravdepodobný zárobok navrhovateľa vo IV. štvrťroku 2008 by bol vo výške vtedy aktuálnej minimálnej mzdy (8.100 Sk = 268,87 € (mesačne) § 9 ods. 3 zák. č. 663/2007 Z.z. účinný od 1.2.2008 t.j. 268,87 : 22 prac. dní = 12,22 € za deň x 9 dní (od 19.3. do 31.3.) = 109,98 € za marec 2009. Od marca 2009 do decembra 2009 - 9 x 268,87 = 2.419,83 €. Od marca 2009 do decembra 2009 - 9 x 268,87= 2.419,83 €. Rok 2010 - 12 x 268,87 = 3.226,44 €. Od 1.1. do 14.1.2011 - 10 dní - 10 x 12,22 = 122,2 €. Spolu náhrada mzdy z titulu neplatného skončenia pracovného pomeru 109,98 + 2.419,83 + 3.226,44 + 122,2 = 5.878,45 €. Pokiaľ sa navrhovateľ domáhal náhrady mzdy odo dňa skončenia jeho práceneschopnosti (13.10.2008) v tejto časti za obdobie od 13.10.2008 do 18.3.2009 súd nárok ako nedôvodný zamietol. Ďalej súd prvého stupňa považoval nárok navrhovateľa na náhradu mzdy aj po 14.1.2011 za opodstatnený (§ 142 ods. 3 ZP) a priznal mu v zmysle ust. § 134 ods. 3 a 5 ZP mzdu vo výške minimálnej mzdy, ktorá je 317 € pre zamestnanca odmeňovaného mesačnou mzdou (nar. vlády č. 408/10 Z.z. účinné od 1.1.2011), čo za obdobie od 15.1.2011 do 21.12.2011 (do rozhodnutia súdu) činí sumu 3.502,20 € (výpočet - pomerná časť od 15.1. do 31.1.2011 - 11 prac. dní á 15,10 €, za 10 mesiacov x 317 € pomerná časť od 1.12. do 21.12.2011 za 11 prac. dní x 15,10 € t.j. 166,10 € + 3.170 € + 166,10 € = 3.502,20 €. Ďalej mu súd priznal nárok na náhradu mzdy za nevyčerpanú dovolenku v roku 2008 konkrétne za 5,5 dňa (priemerný zárobok u navrhovateľa podľa výpočtu pre IV. štvrťrok 2008 - 12,22 €/deň x 5,5 dní = 67,21 €. Spolu teda priznané nároky navrhovateľa predstavujú sumu 9.447,86 € (5.878,45 + 3.502,20 + 67,21). V časti uplatneného nároku na príspevok na stravu vo výške 1.050 Sk až 1.100 na deň, súd tento zamietol s tým, že navrhovateľ nepreukázal, že tento nárok mu nebol vyplácaný v mzde. O trovách konania rozhodol podľa ust. § 142 ods. 1 O.s.p. Proti tomuto rozsudku podal odvolanie odporca. Navrhol napadnutý rozsudok zmeniť a návrh zamietnuť alternatívne navrhol napadnutý rozsudok zrušiť a vec vrátiť súdu prvého stupňa na ďalšie konanie. Namietal, že súd prvého stupňa nesprávne právne vec posúdil, pokiaľ ide o určenie neplatnosti okamžitého skončenia pracovného pomeru, ktoré bolo navrhovateľovi oznámené listom zo dňa 15.10.2008. Znovu zdôraznil, že zrušenie pracovného pomeru bolo vykonané včas a oba jeho dôvody: nepredloženie dokladov o vzniku, trvaní, výške a zániku dočasnej pracovnej neschopnosti a dvojdňová absencia sú samy o sebe bez ďalšieho osobitne dôvodom pre okamžité zrušenie pracovného pomeru lege artis. Odvolací súd prejednal vec v rozsahu a z dôvodov odvolania podľa § 212 ods. 1 O. s. p. bez nariadenia odvolacieho pojednávania podľa § 214 ods. 2 O. s. p., dospel pritom k záveru, že napadnutý rozsudok súdu prvého stupňa je v rozsahu jeho napadnutého výroku vecne správny, čo viedlo odvolací súd k jeho potvrdeniu v zmysle ust. § 219 ods. 1 O.s.p. Vzhľadom na skutočnosť, že odvolací súd sa v celom rozsahu stotožňuje i s odôvodnením napadnutého rozsudku súdu prvého stupňa, obmedzil odvolací súd odôvodnenie potvrdzujúceho rozhodnutia na konštatovanie správnosti dôvodov uvedených súdom prvého stupňa v zmysle ust. § 219 ods. 2 O.s.p. Na doplnenie treba uviesť, že medzitýmnym rozsudkom Okresného súdu Bratislava III v Bratislave zo dňa 12.6.2009 č.k. 24C 163/2008 potvrdeným rozsudkom Krajského súdu v Bratislave zo dňa 25.11.2010 č.k. 3Co 305/2010 - 136, ktorý nadobudol právoplatnosť dňa 14.1.2011 bolo určené, že okamžité skončenie pracovného pomeru dané navrhovateľovi listom odporcu z 15.10.2010 je neplatné. Otázka okamžitého skončenia pracovného pomeru opätovne napádaná podaným odvolaním je teda už právoplatne vyriešená a odvolací súd ju nemôže znovu otvárať. V prípade, keď súd právoplatne rozhodol v prospech zamestnanca je zamestnávateľ povinný zamestnancovi poskytnúť náhradu mzdy. Výšku náhrady mzdy z neplatne skončeného pracovného pomeru odporca v odvolaní nenamietal. Navrhovateľovi nepriznal náhradu trov odvolacieho konania, keďže mu žiadne trovy v súvislosti s týmto konaním nevznikli (§ 224 ods. 1 a § 142 ods. 1 O.s.p.). Poučenie: Tento rozsudok nemožno napadnúť odvolaním.</w:t>
      </w:r>
    </w:p>
    <w:p/>
    <w:p>
      <w:r>
        <w:t>Zdroj: KAUZIS.SK – https://www.kauzis.sk/judikatura/r/ECLI:SK:KSBA:2012:1308215715.2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