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1Cob/64/2012 z 28. 2. 2012</w:t>
      </w:r>
    </w:p>
    <w:p>
      <w:r>
        <w:t>Uznesenie Krajského súdu Bratislava z 28. februára 2012, sp. zn. 1Cob/64/2012, ECLI:SK:KSBA:2012:1311204634.1</w:t>
      </w:r>
    </w:p>
    <w:p>
      <w:r>
        <w:t>Súd: Krajský súd Bratislava</w:t>
      </w:r>
    </w:p>
    <w:p>
      <w:r>
        <w:t>Spisová značka: 1Cob/64/2012</w:t>
      </w:r>
    </w:p>
    <w:p>
      <w:r>
        <w:t>ECLI: ECLI:SK:KSBA:2012:1311204634.1</w:t>
      </w:r>
    </w:p>
    <w:p>
      <w:r>
        <w:t>Dátum vydania: 28. 2.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1Cob/64/2012 Identifikačné číslo súdneho spisu: 1311204634 Dátum vydania rozhodnutia: 29. 02. 2012 Meno a priezvisko sudcu, VSÚ: JUDr. Danica Michalková ECLI: ECLI:SK:KSBA:2012:1311204634.1 Uznesenie Krajský súd v Bratislave v právnej veci navrhovateľa: ŠKP-ŠPORT, spol. s r. o., ul. Mikuláša Schneidra Trnavského č. 2/a, Bratislava, IČO: 31379630, zast. RK LEGAL, s. r. o., Hviezdoslavovo námestie č. 17, Bratislava, IČO: 36858323, proti odporcovi: G. N., L. č. XXX, Z., o zaplatenie 386,10 Eur ist. a prísl., o späťvzatí návrhu vo veci vedenej na Okresnom súde Bratislava III pod sp. zn. 20Cb/87/2011 jednohlasne takto r o z h o d o l : Krajský súd späťvzatie návrhu p r i p ú š ť a, rozsudok súdu prvého stupňa zo dňa 24. 10. 2011 č. k. 20Cb/87/2011-31 z r u š u j e a konanie z a s t a v u j e . Žiaden z účastníkov nemá právo na náhradu trov konania. o d ô v o d n e n i e : Súd prvého stupňa rozsudkom zo dňa 24. 10. 2011 vydaným podľa ust. § 115a O.s.p. zaviazal odporcu na zaplatenie 386,10 Eur istiny spolu s 9 % ročným úrokom z omeškania a na náhradu trov konania, ktoré vznikli navrhovateľovi. Tento rozsudok bol navrhovateľovi doručený dňa 16. 11. 2011 a odporcovi dňa 16. 11. 2011. Podaním doručeným súdu prvého stupňa dňa 11. 11. 2011 vzal navrhovateľ návrh späť v celom rozsahu bez uvedenia dôvodu, žiadal konanie zastaviť a vrátiť mu súdny poplatok za návrh. Späťvzatie návrhu súd prvého stupňa doručil odporcovi dňa 02. 01. 2012 spolu s výzvou, aby sa vyjadril v lehote 10 dní, či so späťvzatím návrhu súhlasí. Na uvedenú výzvu odporca nereagoval. Podľa ust. § 208 O.s.p. ak je návrh na začatie konania vzatý späť, keď už rozhodol súd prvého stupňa, ale jeho rozhodnutie nie je dosiaľ právoplatné, odvolací súd rozhodne o pripustení späťvzatia. Súd späťvzatie nepripustí, ak druhý účastník z vážnych dôvodov s tým nesúhlasí. Ak späťvzatie pripustí, odvolací súd zruší rozhodnutie súdu prvého stupňa a konanie zastaví. S poukazom na uvedené odvolací súd v dôsledku späťvzatia návrhu navrhovateľom späťvzatie pripustil, rozsudok súdu prvého stupňa zrušil a konanie zastavil. O trovách konania súd rozhodol podľa ust. § 224 ods. 1 O.s.p. v spojení s ust. § 146 ods. 1, písm. c) O.s.p. a ich náhradu žiadnemu z účastníkov nepriznal. Navrhovateľ navrhol vrátenie súdneho poplatku zrejme za podaný návrh (zaplatenie iného súdneho poplatku navrhovateľom zo spisu nevyplýva). O tomto návrhu rozhodne v súlade s príslušným ustanovením zák. č. 71/1992 Zb. súd prvého stupňa. Poučenie: Proti tomuto uzneseniu odvolanie n i e j e prípustné.</w:t>
      </w:r>
    </w:p>
    <w:p/>
    <w:p>
      <w:r>
        <w:t>Zdroj: KAUZIS.SK – https://www.kauzis.sk/judikatura/r/ECLI:SK:KSBA:2012:1311204634.1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