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7Co/171/2009 z 3. 4. 2012</w:t>
      </w:r>
    </w:p>
    <w:p>
      <w:r>
        <w:t>Uznesenie Krajského súdu Bratislava z 3. apríla 2012, sp. zn. 7Co/171/2009, ECLI:SK:KSBA:2012:1405204913.2</w:t>
      </w:r>
    </w:p>
    <w:p>
      <w:r>
        <w:t>Súd: Krajský súd Bratislava</w:t>
      </w:r>
    </w:p>
    <w:p>
      <w:r>
        <w:t>Spisová značka: 7Co/171/2009</w:t>
      </w:r>
    </w:p>
    <w:p>
      <w:r>
        <w:t>ECLI: ECLI:SK:KSBA:2012:1405204913.2</w:t>
      </w:r>
    </w:p>
    <w:p>
      <w:r>
        <w:t>Dátum vydania: 3.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7Co/171/2009 Identifikačné číslo súdneho spisu: 1405204913 Dátum vydania rozhodnutia: 04. 04. 2012 Meno a priezvisko sudcu, VSÚ: JUDr. Mária Hajdínová ECLI: ECLI:SK:KSBA:2012:1405204913.2 Uznesenie Krajský súd v Bratislave v právnej veci navrhovateľa: T. Č. X. J., X., Ž. Č.. X, proti odporcom: N.. H. T. D. G. Í. B. C. P. Á. , bytom X., R. Č.. X, II. J. T. D. G. Í. B. , bytom X., R. Č.. X, o zaplatenie sumy X.XXX,XX €. (XXX.XXX,XX Sk)), s príslušenstvom, na odvolanie proti rozsudku Okresného súdu Bratislava IV. zo dňa 2. februára 2009, č.k. 7C 123/2005-84, takto r o z h o d o l : Odvolací súd odvolanie o d m i e t a . Navrhovateľovi náhradu trov odvolacieho konania n e p r i z n á v a . o d ô v o d n e n i e : Okresný súd Bratislava IV. rozsudkom zo dňa 2.2.2009, č.k. 7C 123/2005-84, uložil odporkyni v I. rade povinnosť zaplatiť navrhovateľovi sumu X.XXX,XX € spolu so 17,6 % úrokom z omeškania ročne od 1.1.2000 do zaplatenia a trovy konania v sume XXX,XX €, všetko do troch dní od právoplatnosti rozsudku. Konanie proti odporcovi v II. rade zastavil a napokon rozhodol, že vo vzťahu navrhovateľ a odporca v II. rade žiaden z účastníkov nemá právo na náhradu trov konania. Mal za preukázané, že odporkyňa v I. rade mala nedoplatok na nájomnom a za služby spojené s užívaním bytu ku dňu 15.3.2005 v žalovanej výške. Rozsudok odôvodnil ustanovením § 671, § 685 ods. l, § 696 ods. l, 2, § 517 ods. 1, 2 Občianskeho zákonníka, § 2 zákona č. 189/1992 Zb. Vo vzťahu k odporcovi v II. rade konanie zastavil podľa ustanovenia § 96 O.s.p. v dôsledku späťvzatia návrhu na začatie konania vo vzťahu k nemu. Výrok o náhrade trov konania odôvodnil ustanovením § 142 ods. l O.s.p. Následne bolo súdu prvého stupňa doručené podanie s označením odporkyne v I. rade a ako odvolanie proti napadnutému rozsudku. Stalo sa tak síce včas, pred uplynutím lehoty na podanie odvolania, avšak nebolo ňou vlastnoručne podpísané; podpis bol absolútne iný, ako jej skutočne vlastnoručný (napr. na č.l. 5 p.v., 6 p.v. spisu). V spise sa nenachádza ani plnomocenstvo na zastupovanie udelené odporkyňou v I. rade. Vady odvolania odporkyňa v I. rade neodstránila ani dodatočne na výzvu odvolacieho súdu (doručovanej jej do vlastných rúk). Z vrátenej doručenky vyplýva, že zásielku za ňu prevzala splnomocnená osoba (napr. č.l. 117, 120 spisu). Podania doručované súdu následne opätovne neboli vlastnoručne podpísané odporkyňou v I. rade. Sociálna poisťovňa ústredie Bratislava potvrdila, že odporkyňa v I. rade je poberateľkou invalidného dôchodku v sume XXX,-- €, dôchodok jej poukazuje na účet; bydlisko má naďalej vedené na adrese X., R. Č.. X. Odporkyňa v I. rade prípadnú zmenu adresy bydliska, resp. adresu prechodného pobytu, súdu neoznámila, súdu neoznámila ani osobu poverenú na preberanie písomností za ňu. Inú adresu bydliska odporkyne v I. rade odvolací súd nezistil; rovnako tak ani osobu poverenú za odporkyňu v I. rade písomnosti na pošte preberať. Neoznámila odvolaciemu súdu, ani dodatočne na výzvu súdu, či odvolanie proti rozsudku súdu prvého stupňa sama podala, resp. na podanie odvolania splnomocnila inú osobu a presne ktorú. Všetky vyššie uvedené právne skutočnosti preto odôvodňujú záver, že odvolanie podala osoba, ktorá na podanie odvolania nie je oprávnená, a tak odvolací súd odvolanie odmietol postupom podľa ustanovenia § 218 ods. l písm. b/ O.s.p. Úspešnému navrhovateľovi odvolací súd náhradu trov odvolacieho konania nepriznal, keďže ich náhradu nežiadal (§ 224 ods. 1, 2, § 142 ods. l, § 151 ods. l O.s.p.). V súlade so zákonom č. 659/2007 Z.z. o zavedení meny euro na území Slovenskej republiky s účinnosťou od 1.1.2009 peňažné údaje v slovenskej mene sa odo dňa zavedenia eura považujú za peňažné údaje v eurách, a to v prepočte a so zaokrúhlením podľa konverzného kurzu, tohto zákona a ďalších pravidiel pre prechod na euro (§ 9 ods. 2 citovaného zákona).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https://www.kauzis.sk/judikatura/r/ECLI:SK:KSBA:2012:1405204913.2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