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9Co/520/2011 z 3. 7. 2012</w:t>
      </w:r>
    </w:p>
    <w:p>
      <w:r>
        <w:t>Opravné uznesenie Krajského súdu Bratislava z 3. júla 2012, sp. zn. 9Co/520/2011, ECLI:SK:KSBA:2012:1407213105.2</w:t>
      </w:r>
    </w:p>
    <w:p>
      <w:r>
        <w:t>Súd: Krajský súd Bratislava</w:t>
      </w:r>
    </w:p>
    <w:p>
      <w:r>
        <w:t>Spisová značka: 9Co/520/2011</w:t>
      </w:r>
    </w:p>
    <w:p>
      <w:r>
        <w:t>ECLI: ECLI:SK:KSBA:2012:1407213105.2</w:t>
      </w:r>
    </w:p>
    <w:p>
      <w:r>
        <w:t>Dátum vydania: 3. 7. 2012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9Co/520/2011 Identifikačné číslo súdneho spisu: 1407213105 Dátum vydania rozhodnutia: 04. 07. 2012 Meno a priezvisko sudcu, VSÚ: JUDr. Roman Huszár ECLI: ECLI:SK:KSBA:2012:1407213105.2 Opravné uznesenie Krajský súd v Bratislave v právnej veci navrhovateľky : H. Y., U. U., G. J. Č.. X, zastúpenej JUDr. Ing. Richardom Vanekom, advokátom v Bratislave, Dobrovičova č. 4, proti odporcovi : R. U., U. U., Q.F. Č.. XX, o zaplatenie 381,73 eur s príslušenstvom, vo veci vedenej na Okresnom súde Bratislava IV pod sp. zn. 4C 127/2011, v pomere hlasov 3 : 0, takto r o z h o d o l : Opravuje sa záhlavie rozsudku Krajského súdu v Bratislave č. k 9Co 520/2011 - 67 zo dňa 7. júna 2012 tak, že správne označenie č. k. na súde prvého stupňa je 4C 127/2011 - 48. o d ô v o d n e n i e : Krajský súd v Bratislave ako súd odvolací svojím rozhodnutím zo dňa 7. júna 2012 rozhodol tak, že napadnutý rozsudok súdu prvého stupňa potvrdil a zároveň rozhodol, že navrhovateľke náhradu trov odvolacieho konania nepriznal. Okresný súd Bratislava IV písomným podaním zo dňa 29.06.2012, doručeným Krajskému súdu v Bratislave dňa 03.07.2012, požiadal krajský súd o vydanie opravného uznesenia z dôvodu, že v záhlaví rozsudku krajského súdu je nesprávne uvedené č. k. prvostupňového súdu 16C 420/01-130, namiesto správneho č. k. 4C 127/2011 - 48. Podľa § 211 ods. 2 O.s.p. ak tento zákon neustanovuje inak, pre konanie na odvolacom súde platia primerane ustanovenia o konaní pred súdom prvého stupňa. Podľa § 216 O.s.p. ustanovenia § 92 ods. 1 a 4, § 97 a 98 pre odvolacie konanie neplatia.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167 ods. 2 O.s.p. ak nie je ďalej ustanovené inak, použijú sa na uznesenie primerane ustanovenia o rozsudku. V danej veci v záhlaví rozsudku odvolacieho súdu došlo k zrejmej nesprávnosti spočívajúcej v tom, že bolo nesprávne uvedené č. k. 16C 420/01-130, keď správne malo byť č. k. 4C 127/2011-48. Vzhľadom na uvedené a s poukazom na vyššie citovaného ustanovenia odvolací súd rozhodol tak, ako je uvedené vo výroku tohto uznesenia. Poučenie: Proti tomuto uzneseniu nie je možné podať odvolanie.</w:t>
      </w:r>
    </w:p>
    <w:p/>
    <w:p>
      <w:r>
        <w:t>Zdroj: KAUZIS.SK – https://www.kauzis.sk/judikatura/r/ECLI:SK:KSBA:2012:1407213105.2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