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14Co/426/2011 z 22. 3. 2012</w:t>
      </w:r>
    </w:p>
    <w:p>
      <w:r>
        <w:t>Uznesenie Krajského súdu Bratislava z 22. marca 2012, sp. zn. 14Co/426/2011, ECLI:SK:KSBA:2012:1409201333.1</w:t>
      </w:r>
    </w:p>
    <w:p>
      <w:r>
        <w:t>Súd: Krajský súd Bratislava</w:t>
      </w:r>
    </w:p>
    <w:p>
      <w:r>
        <w:t>Spisová značka: 14Co/426/2011</w:t>
      </w:r>
    </w:p>
    <w:p>
      <w:r>
        <w:t>ECLI: ECLI:SK:KSBA:2012:1409201333.1</w:t>
      </w:r>
    </w:p>
    <w:p>
      <w:r>
        <w:t>Dátum vydania: 22. 3.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14Co/426/2011 Identifikačné číslo súdneho spisu: 1409201333 Dátum vydania rozhodnutia: 23. 03. 2012 Meno a priezvisko sudcu, VSÚ: JUDr. Edita Szabová ECLI: ECLI:SK:KSBA:2012:1409201333.1 Uznesenie Krajský súd v Bratislave v právnej veci navrhovateľky : G. T. (predtým D.), bytom V. XX/X, D., zastúpená JUDr. Ľubicou Bičianovou, advokátkou, Záhradnícka 16/II, Komárno, proti odporcovi : PEPE TRADE, spol. s r.o., Okružná 3239, Modra, IČO: 35 786 817, o zaplatenie 387,48 eur s príslušenstvom, o odvolaní navrhovateľky proti uzneseniu Okresného súdu Bratislava IV v Bratislave z 25. 10. 2011, č.k. 25C/382/2010-41, pomerom hlasov 3:0, takto r o z h o d o l : Krajský súd v Bratislave uznesenie Okresného súdu Bratislava IV v Bratislave z 25.10.2011, č.k. 25C/382/2010-41 p o t v r d z u j e . o d ô v o d n e n i e : Napadnutým uznesením súd prvého stupňa opravil rozsudok Okresného súdu Bratislava IV zo dňa 23. 3. 2011, č.k. 25C/382/2010-27 tak, že záhlavie rozsudku v časti označenia odporcu správne znie: PEPE TRADE, spol. s r.o., Okružná 3239, Modra, IČO: 35 786 817. Svoje rozhodnutie odôvodnil tým, že v písomnom vyhotovení rozsudku došlo k chybe v písaní tak, že v záhlaví rozsudku, v časti označenia odporcu nebolo uvedené správne obchodné meno a sídlo. Preto s poukazom na ust. § 164 O.s.p. opravil zrejmú chybu v písaní. Proti tomuto uzneseniu podala v zákonnej lehote odvolanie navrhovateľka. Konštatovala, že v čase vyhlásenia rozsudku č.k. 25C/382/2010-27, zo dňa 23. 3. 2011, všetky práva a záväzky pôvodného odporcu v konaní - spoločnosti HOTEL &amp; TRAVEL AGENCY s.r.o., Okružná 3239, Modra, IČO: 35 894 369, prešli zlučovaním spoločností na spoločnosť PEPE TRADE spol. s r.o., Okružná 3239, Modra, IČO: 35 786 817. Navrhovateľka uviedla, že dňa 25.6.2011 na základe dobrovoľného výmazu v dôsledku jej zlúčenia so spoločnosťou ALEXS, s.r.o., sídlom Okružná 3239, Modra, IČO: 44 017 014 zanikla aj spoločnosť PEPE TRADE, spol. s r.o.. Vzhľadom k týmto skutočnostiam, spoločnosť PEPE TRADE, spol. s r.o. ku dňu vydania opravného uznesenia č.k. 25C 382/2010-41 zo dňa 25.10.2011, neexistovala a v súčasnej dobe je v dôsledku niekoľkonásobného zlúčenia právnym nástupcom pôvodne žalovaného spoločnosť ALEX s.r.o., Okružná 3239, Modra. Navrhovateľka upozornila, že nie je vylúčené, že v čase vydávania opravného uznesenia bude nástupcom úplne iná spoločnosť. Z uvedených dôvodov žiadala, aby zmenil napadnuté uznesenie v časti označenia odporcu, v súlade s aktuálnym výpisom z obchodného registra v čase vydania rozhodnutia. Krajský súd v Bratislave ako súd odvolací (§ 10 ods. 1 O.s.p.), prejednal vec v rozsahu podľa ustanovenia § 212 ods. 1 O.s.p., bez nariadenia pojednávania podľa ustanovenia § 214 ods. 2 O.s.p. a dospel k záveru, že odvolanie navrhovateľky nie je dôvodné. Z obsahu spisu vyplýva, že navrhovateľka v návrhu na začatie konania označila ako odporcu spoločnosť HOTEL &amp; TRAVEL AGENCY s.r.o., IČO: 35 894 369, so sídlom Okružná 3239, Modra. Súd prvého stupňa v záhlaví rozsudku č.k. 25C/382/2010-27, zo dňa 23.3.2011 označil túto spoločnosť ako odporcu. Pri doručovaní rozsudku odporcovi sa však zásielka súdu vrátila z adresy odporcu s poznámkou adresát neznámy. Podľa výpisu z obchodného registra oddiel: Sro, vložka číslo: 32566/B, sa spoločnosť HOTEL &amp; TRAVEL AGENCY s.r.o. zlúčila so spoločnosťou Paul company, spol. s r.o., IČO: 35 790 962, pričom táto spoločnosť sa stala univerzálnym právnym zástupcom zanikajúcej spoločnosti HOTEL &amp; TRAVEL AGENCY s.r.o., ktorá bola ku dňu 11.2.2011 vymazaná z obchodného registra. Z výpisu z obchodného registra oddiel: Sro, vložka 21994/B vyplýva, že spoločnosť Paul company, spol. s r.o., IČO: 35 790 962, bola ku dňu 3.3.2011 zrušená bez likvidácie a to zlúčením do spoločnosti PEPE TRADE, spol. s r.o., IČO : 35 786 817, pričom táto spoločnosť sa stala univerzálnym právnym zástupcom zanikajúcej spoločnosti Paul company, spol. s r.o., ktorá bola ku dňu 12.3.2011 vymazaná z obchodného registra. Z výpisu z obchodného registra oddiel: Sro, vložka 21579/B vyplýva, že jediný spoločník spoločnosti PEPE TRADE, spol. s r.o., rozhodol dňa 17.6.2011 o zrušení spoločnosti PEPE TRADE, spol. s r. o., bez likvidácie a o jej zlúčení so spoločnosťou ALEXS, s.r.o., so sídlom Okružná 3239, 900 01 Modra, IČO: 44 017 014, zapísanou v Obchodnom registri Okresného súdu Bratislava, oddiel: Sro, vložka č.: 73276/ B, ktorá ako univerzálny právny nástupca preberá celé imanie, všetky práva a povinnosti, záväzky a pohľadávky zanikajúcej spoločnosti PEPE TRADE, spol. s.r.o., so sídlom Okružná 3239, 900 01 Modra, IČO: 35 786 817, ktorá bola ku dňu 25.6.2011 vymazaná z obchodného registra.. Na základe vyššie uvedeného možno ustáliť, že v čase podania návrhu na začatie konania si navrhovateľka uplatňovala svoj nárok na zaplatenie mzdy voči spoločnosti HOTEL &amp; TRAVEL AGENCY s.r.o.. Táto spoločnosť bola v priebehu konania, ku dňu 11.2.2011 vymazaná z obchodného registra a všetky jej záväzky prešli na spoločnosť Paul company, spol. s r.o.. Aj táto spoločnosť zanikla a bola vymazaná z obchodného registra ku dňu 12.3. 2011, pričom k tomuto dátumu sa nástupníckou spoločnosťou stala PEPE TRADE, spol. s r.o.. V rozsudku súdu prvého stupňa č.k. 25C 382/2010-27 zo dňa 23. 3. 2011 bol v záhlaví ako odporca uvedený pôvodne označený odporca HOTEL &amp; TRAVEL AGENCY s.r.o., hoci v čase vyhlásenia rozsudku, boli práva a povinnosti tejto spoločnosti prevedené na spoločnosť PEPE TRADE, spol. s r.o.. Táto spoločnosť zanikla a jej práva a povinnosti prešli na ďalšiu nástupnícku spoločnosť až dňom 25.6.2011. Podľa § 164 O.s.p. súd kedykoľvek, aj bez návrhu,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 Vychádzajúc z vyššie citovaného zákonného ustanovenia, po preskúmaní napadnutého uznesenia a odvolacích dôvodov uvádzaných navrhovateľkou, odvolací súd konštatuje vecnú správnosť napadnutého uznesenia. V zmysle § 154 ods. 1 O.s.p. je totiž pre rozsudok rozhodujúci stav v čase vyhlásenia rozsudku. Znamená to, že pre rozhodovanie súdu vo veci samej je rozhodujúci skutkový, ako aj právny stav v čase vyhlásenia rozsudku. Aplikujúc túto zásadu je v tomto prípade nutné uviesť, že súd prvého stupňa v čase vyhlasovania rozsudku opomenul vykonať overenie tej skutočnosti, či v konaní na strane odporcu neprešli práva a povinnosti uplatňované navrhovateľom na odlišný subjekt. Následkom bolo nesprávne označenie odporcu v záhlaví rozhodnutia, teda označenie takého subjektu, ktorý už nemal právnu subjektivitu a ako taký nebol účastníkom konania. K tejto zrejmej nesprávnosti došlo práve pri vyhotovovaní písomného rozhodnutia súdu. Občiansky súdny poriadok v ustanovení § 164 O.s.p. umožňuje súdu práve takéto nesprávnosti, v podstate vzniknuté okamžitým zlyhaním mechanickej činnosti súdu, opraviť vydaním opravného uznesenia. Súd prvého stupňa preto správne opravil označenie odporcu v záhlaví rozsudku, v súlade so stavom ku dňu vyhlásenia rozsudku, kedy nositeľom povinností, o ktorých v tomto konaní ide, bola spoločnosť PEPE TRADE, spol. s r.o.. V tejto súvislosti nemožno prisvedčiť dôvodom uvádzaným navrhovateľkou v odvolaní, hoci je zrejmé, že po vydaní rozsudku, rovnako, ako aj po vydaní opravného uznesenia, naďalej prebiehajú ďalšie zlučovania spoločností a dochádza k prevodu statusu povinného v prípade plnenia z právoplatného rozsudku č.k. 25C 382/2010-27 zo dňa 23. 3. 2011. Za žiadnych okolností totiž nemožno obísť práve vyššie spomenuté ustanovenie § 154 ods. 1 O.s.p., a teda tú skutočnosť, že v čase vyhlásenia rozsudku bola jednoznačne nositeľkou hmotnoprávnej povinnosti spoločnosť PEPE TRADE, spol. s r.o.. Použitím inštitútu opravného uznesenia nemožno korigovať skutočnosti, ktoré nastali až po vyhlásení rozsudku, teda to, že neustále dochádza k prevodu práv a povinností v dôsledku zlučovania jednotlivých spoločností. Odvolací súd v tejto súvislosti dodáva, že podľa § 37 ods. 3 zákona č. 233/1995 - Exekučného poriadku je možné viesť exekúciu aj proti inej osobe, ako tej, ktorá je v rozhodnutí označená ako povinný pod podmienkou, že sa preukáže, že na neho prešla povinnosť z exekučného titulu (v tomto prípade súdneho rozhodnutia) podľa § 41 Exekučného poriadku. Z vyššie uvedených dôvodov má odvolací súd za to, že napadnuté uznesenie súdu prvého stupňa je vecne správne, a preto ho v zmysle § 219 ods. 1 O.s.p. potvrdil. Poučenie: Proti tomuto uzneseniu odvolanie nie je prípustné.</w:t>
      </w:r>
    </w:p>
    <w:p/>
    <w:p>
      <w:r>
        <w:t>Zdroj: KAUZIS.SK – https://www.kauzis.sk/judikatura/r/ECLI:SK:KSBA:2012:1409201333.1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