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11Co/74/2010 z 17. 5. 2012</w:t>
      </w:r>
    </w:p>
    <w:p>
      <w:r>
        <w:t>Uznesenie Krajského súdu Bratislava z 17. mája 2012, sp. zn. 11Co/74/2010, ECLI:SK:KSBA:2012:1409212250.3</w:t>
      </w:r>
    </w:p>
    <w:p>
      <w:r>
        <w:t>Súd: Krajský súd Bratislava</w:t>
      </w:r>
    </w:p>
    <w:p>
      <w:r>
        <w:t>Spisová značka: 11Co/74/2010</w:t>
      </w:r>
    </w:p>
    <w:p>
      <w:r>
        <w:t>ECLI: ECLI:SK:KSBA:2012:1409212250.3</w:t>
      </w:r>
    </w:p>
    <w:p>
      <w:r>
        <w:t>Dátum vydania: 17. 5.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11Co/74/2010 Identifikačné číslo súdneho spisu: 1409212250 Dátum vydania rozhodnutia: 18. 05. 2012 Meno a priezvisko sudcu, VSÚ: JUDr. Bianka Gelačíková ECLI: ECLI:SK:KSBA:2012:1409212250.3 Uznesenie Krajský súd v Bratislave v právnej veci navrhovateľa: N. D. R., K..E.., O. X, IČO: XXXXXXXX, R., zastúpeného: JUDr. Vladimír Kán, advokát, AK ECKER - KÁN &amp; partners, so sídlom námestie Martina Benku 9 - C 1, Bratislava, proti odporkyni: L. G., rod. V., narodená XX.XX.XXXX, posledným bydliskom D. XX , R., o zaplatenie 55,50 euro, jednohlasne (pomerom hlasov 3:0) takto r o z h o d o l : Odporkyni L. G., rod. V., nar. XX.XX.XXXX, posledným bytom D. XX, R., sa pre účely doručenia rozsudku Krajského súdu v Bratislave zo dňa 17.01.2012, č.k. 11Co/74/2010-38 ustanovuje opatrovníčka R. L., súdna tajomníčka Okresného súdu R. X, Q. XX, Bratislava. o d ô v o d n e n i e : Rozsudkom Okresného súdu Bratislava IV zo dňa 23.8.2010, č.k. 4C 132/2010-25 v spojení s rozsudkom Krajského súdu v Bratislave zo dňa 17.01.2012, č.k. 11Co/74/2010 - 38 bola odporkyni uložená povinnosť zaplatiť navrhovateľovi sumu XX,XX euro a titulom náhrady trov konania sumu XXX,XX euro, všetko do troch dní od právoplatnosti rozhodnutia. Podľa ust. § 29 ods. 2, 6 zák. č. 99/1963 Zb. v platnom znení ( ďalej „ O.s.p.“) pokiaľ neurobí iné opatrenia, môže súd ustanoviť opatrovníka aj účastníkovi, ktorého pobyt nie je známy, ktorému sa nepodarilo doručiť na známu adresu v cudzine alebo ak je doručenie písomnosti v cudzine spojené s ťažko prekonateľnými prekážkami, ktorý je postihnutý duševnou poruchou alebo ktorý nie je schopný zrozumiteľne sa vyjadrovať. Za opatrovníka súd ustanoví osobu pôsobiacu v rodinnom, pracovnom, kultúrnom, prípadne v inom prostredí, ktoré je účastníkovi blízke. Súd môže za opatrovníka ustanoviť aj obec. Súd nemôže ustanoviť za opatrovníka zamestnanca súdu, ktorý prejednáva vec; to neplatí vo veciach, v ktorých hodnota pohľadávky bez príslušenstva v čase začatia konania neprevyšuje XXX eur (ďalej len "drobné spory"). V priebehu doručovania rozsudku Krajského súdu v Bratislave zo dňa 17.01.2012, č.k. 11Co/74/2010-38 sa konajúcemu súdu nepodarilo zistiť súčasné miesto pobytu odporkyne, na ktorom sa táto zdržiava. Súdnu zásielku sa konajúcemu súdu nepodarilo doručiť odporkyni ani cestou zamestnávateľa E. Q., G. U. XX, R., u ktorého bola odporkyňa do XX.XX.XXXX v pracovnoprávnom vzťahu. S poukazom na uvedené súd postupoval podľa ustanovenia § 29 ods. 2 Občianskeho súdneho poriadku a odporkyni ustanovil opatrovníka pre účely doručenia súdnej zásielky - rozsudku Krajského súdu v Bratislave zo dňa 17.01.2012, č.k. 11Co/74/2010-38. Poučenie: Proti tomuto uzneseniu nie je odvolanie prípustné.</w:t>
      </w:r>
    </w:p>
    <w:p/>
    <w:p>
      <w:r>
        <w:t>Zdroj: KAUZIS.SK – https://www.kauzis.sk/judikatura/r/ECLI:SK:KSBA:2012:1409212250.3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