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20CoP/32/2012 z 30. 7. 2012</w:t>
      </w:r>
    </w:p>
    <w:p>
      <w:r>
        <w:t>Uznesenie Krajského súdu Bratislava z 30. júla 2012, sp. zn. 20CoP/32/2012, ECLI:SK:KSBA:2012:1410204169.1</w:t>
      </w:r>
    </w:p>
    <w:p>
      <w:r>
        <w:t>Súd: Krajský súd Bratislava</w:t>
      </w:r>
    </w:p>
    <w:p>
      <w:r>
        <w:t>Spisová značka: 20CoP/32/2012</w:t>
      </w:r>
    </w:p>
    <w:p>
      <w:r>
        <w:t>ECLI: ECLI:SK:KSBA:2012:1410204169.1</w:t>
      </w:r>
    </w:p>
    <w:p>
      <w:r>
        <w:t>Dátum vydania: 30. 7.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20CoP/32/2012 Identifikačné číslo súdneho spisu: 1410204169 Dátum vydania rozhodnutia: 31. 07. 2012 Meno a priezvisko sudcu, VSÚ: JUDr. Darina Kriváňová ECLI: ECLI:SK:KSBA:2012:1410204169.1 Uznesenie Krajský súd v Bratislave vo veci o maloletého A. Q., nar. XX.XX.XXXX, zastúpeného kolíznym opatrovníkom Úradom práce, sociálnych vecí a rodiny D., C. X/A, D., dieťa rodičov: matka - K.. A. Q., bytom N. W. XX, D., zastúpená advokátkou Mgr. Evou Braxatorisovou, sídlom Stará Prievozská 2, Bratislava a otec - K. Q., bytom S. XX, D., zastúpený advokátkou JUDr. Vladimírou Hrebíkovou, sídlom Dukelských hrdinov 2946/6, Malacky, o návrhu matky na úpravu výkonu rodičovských práv a povinností k maloletému dieťaťu, o odvolaní matky maloletého proti uzneseniu Okresného súdu Bratislava IV, č.k. 25P 78/2010-258 zo dňa 07.05.2012, takto r o z h o d o l : Odvolací súd uznesenie súdu prvého stupňa v napadnutej časti p o t v r d z u j e. o d ô v o d n e n i e : Súd prvého stupňa uznesením zo dňa 07.05.2012 uložil matke maloletého povinnosť zaplatiť na účet Okresného súdu Bratislava IV sumu 344,11 eur trovy štátu a otcovi maloletého uložil tiež povinnosť zaplatiť na účet Okresného súdu Bratislava IV sumu 344,11 eur trovy štátu, do troch dní od právoplatnosti uznesenia. Rozhodol tak s poukazom na ustanovenie § 148 ods. 1 O.s.p., podľa ktorého štát má podľa výsledkov konania proti účastníkom právo na náhradu trov konania, ktoré platil, ak sú u niektorého účastníka predpoklady na oslobodenie od súdnych poplatkov a náhrada trov konania sa proti tomuto účastníkovi zníži o rozsah, ktorý mu súd priznal. V danej veci súd nariadil znalecké dokazovanie znalcom z odboru psychológie odvetvie poradenská psychológia uznesením zo dňa 06.10.2010, č.k. 25P 78/2010-78 a ustanovil v konaní znalkyňu N.. O. A.. Rodičom maloletého uložil povinnosť zložiť preddavok na trovy znaleckého dokazovania a to každému vo výške 300,- eur. Dňa 02.02.2011 znalkyňa doručila súdu čiastočne vypracovaný znalecký posudok s vyúčtovaním. Súd uznesením zo dňa 10.02.2011 nariadil doplňujúce znalecké dokazovanie a ustanovil znalkyňu N.. S. K. s tým, že súhlasil v prípade potreby, aby pribrala znalca - konzultanta. Uznesením zo dňa 04.04.2012 súd priznal znalkyni N.. S. K. znalečné vo výške 1.031,90 eur, v ktorom bola započítaná aj odmena spojená s činnosťou konzultanta K.. Z. H.. Súd upravil učtáreň, aby znalkyni vyplatila odmenu z preddavkového účtu otca vedeného pod položkou D14/102-2010 sumu 150,- eur a z preddavkového účtu matky vedeného pod položkou D14/104-2010 sumu 150,- eur, z účtu vedeného pod položkou D14/32-2012 sumu 43,68 eur, zo štátnych finančných prostriedkov sumu 688,22 eur. Trovy štátu predstavujú preto sumu 688,22 eur, ktoré štát platil a má právo proti účastníkom na náhradu trov konania podľa § 148 ods. 1 O.s.p., keď ani u jedného z rodičov maloletého nie sú predpoklady na oslobodenie od súdnych poplatkov. Súd preto uložil každému z rodičov povinnosť nahradiť trovy štátu v sume 344,11 eur. Proti uzneseniu súdu prvého stupňa podala odvolanie matka maloletého a namietala, že nesúhlasí s rozhodnutím súdu z dôvodu, že trovy štátu za znalecké dokazovanie N.. K. O. A.. H. má znášať v celom rozsahu otec maloletého, pretože na základe jeho žiadosti bolo nariadené znalecké dokazovanie. Jeho obvinenie o duševnom ochorení navrhovateľky sa v znaleckom dokazovaní nepreukázali a vyvrátila ich aj ďalšími dôkazmi. Bolo by preto nespravodlivé, aby tieto náklady hradila v rovnakom rozsahu a podieľala sa na výdavkoch, ktoré nezavinila. Ďalej uviedla, že otec maloletého je naďalej jej manželom a disponuje všetkými finančnými prostriedkami rodiny. Poukázala na to, že ona hradí náklady maloletého podstatne vo vyššej sume a úhrada takéhoto výdavku ju ekonomicky ohrozuje, pretože jej príjem postačuje na úhradu len základných potrieb bežného človeka (550,- eur), preto žiada, aby odvolací súd rozhodnutie súdu prvého stupňa zmenil tak, že trovy štátu bude znášať v celom rozsahu otec maloletého dieťaťa. Žiadala, aby súd prihliadol na to, kto výdavky na znalecké dokazovanie zavinil a to najmä na posúdenie danej otázky znalcom A.. H.. Odvolací súd prejednal vec podľa § 212 ods. 2 písm. a) O.s.p., bez nariadenia pojednávania podľa § 214 ods. 2 O.s.p. a dospel k záveru, že odvolaniu matky maloletého nie je možné vyhovieť. Podľa § 148 ods. 1 O.s.p. štát má podľa výsledkov konania proti účastníkom právo na náhradu trov konania, ktoré platil, pokiaľ u nich nie sú predpoklady pre oslobodenie od súdnych poplatkov. Uvedené ustanovenie upravuje náhradu trov, ktoré vznikli štátu. Štát má právo na náhradu trov, ktoré platil, avšak iba proti účastníkovi, u ktorého nie sú predpoklady pre oslobodenie od súdnych poplatkov. Štát má podľa výsledku konania proti účastníkom právo na náhradu trov konania, ktoré platil aj v konaniach, v ktorých účastníci nemajú postavenie navrhovateľov a odporcov, teda aj v tých konaniach, ktoré sú vecne oslobodené od súdnych poplatkov, alebo v ktorých účastníci požívajú osobné oslobodenie od súdnych poplatkov. Pre priznanie náhrady trov konania, ktoré platil štát podľa § 148 ods. 1 O.s.p. nie je smerodajné, či dokazovanie nariadené súdom bolo opodstatnené. V danej veci nebolo preukázané, že na strane niektorého z rodičov sú splnené podmienky pre oslobodenie od súdnych poplatkov. Matka maloletého podala návrh na úpravu práv a povinností k maloletému na čas do rozvodu manželstva. Rozhodnutie súdu o právach a povinnostiach rodičov k maloletému, pokiaľ sa rodičia na tejto úprave nedohodnú, je v záujme obidvoch rodičov. Súd prvého stupňa dospel k záveru, že vo veci je potrebné nariadiť znalecké dokazovanie a ustanovil vo veci znalca, ktorý si pribral konzultanta za účelom vypracovania znaleckého posudku. Nie je preto v konaní dôvodné skúmať, či dokazovanie nariadené súdom bolo opodstatnené a preto námietky matky maloletého v podanom odvolaní nie sú dôvodné. Pokiaľ sa rodičia maloletého nedokázali dohodnúť o úprave práv a povinností k maloletému, súd vo veci rozhodol a bol toho názoru, že pre rozhodnutie súdu je potrebné nariadiť znalecké dokazovanie. Súd prvého stupňa v danej veci rozhodol o právach a povinnostiach rodičov k maloletému a správne postupoval, keď v súlade s ustanovením § 148 ods. 1 O.s.p. uložil rodičom maloletého povinnosť zaplatiť trovy, ktoré hradil za rodičov maloletého dieťaťa a obidvom rodičom uložil povinnosť nahradiť trovy štátu a to každému v sume 344,11 eur, pretože sumu 688,22 eur súd platil zo štátnych finančných prostriedkov. Odvolací súd preto uznesenie súdu prvého stupňa podľa § 219 ods. 1 O.s.p. ako vecne správne potvrdil. Toto rozhodnutie bolo prijaté senátom Krajského súdu v Bratislave pomerom hlasov 3:0 (§ 3 ods. 9 zákona 757/2004 Z .z. o súdoch a o zmene a doplnení niektorých zákonov). Poučenie: Proti tomuto uzneseniu odvolanie nie je prípustné.</w:t>
      </w:r>
    </w:p>
    <w:p/>
    <w:p>
      <w:r>
        <w:t>Zdroj: KAUZIS.SK – https://www.kauzis.sk/judikatura/r/ECLI:SK:KSBA:2012:1410204169.1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