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8Co/395/2012 z 28. 11. 2012</w:t>
      </w:r>
    </w:p>
    <w:p>
      <w:r>
        <w:t>Uznesenie Krajského súdu Bratislava z 28. novembra 2012, sp. zn. 8Co/395/2012, ECLI:SK:KSBA:2012:1411201113.2</w:t>
      </w:r>
    </w:p>
    <w:p>
      <w:r>
        <w:t>Súd: Krajský súd Bratislava</w:t>
      </w:r>
    </w:p>
    <w:p>
      <w:r>
        <w:t>Spisová značka: 8Co/395/2012</w:t>
      </w:r>
    </w:p>
    <w:p>
      <w:r>
        <w:t>ECLI: ECLI:SK:KSBA:2012:1411201113.2</w:t>
      </w:r>
    </w:p>
    <w:p>
      <w:r>
        <w:t>Dátum vydania: 28.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8Co/395/2012 Identifikačné číslo súdneho spisu: 1411201113 Dátum vydania rozhodnutia: 29. 11. 2012 Meno a priezvisko sudcu, VSÚ: JUDr. Janka Gažovičová ECLI: ECLI:SK:KSBA:2012:1411201113.2 Uznesenie Krajský súd v Bratislave v právnej veci navrhovateľa: H. T. F., E..L.., L. L. I. Č.. X, F., zastúpenom JUDr. Vladimírom Kánom, advokátom so sídlom v Bratislave, Námestie M. Benku 9-C1, Bratislava, proti odporcovi: W.. C. Q., A..XX.X.XXXX, W. F. F., R. L. XXXX/XX, o zaplatenie XX,XX X. L. T., o späťvzatí návrhu navrhovateľa po vydaní rozsudku Okresného L. F. K., A. H. XX.H. XXXX, Č.. V.. XC/XXX/XXXX- XX, jednohlasne takto r o z h o d o l : Odvolací súd späťvzatie návrhu p r i p ú š ť a, rozsudok súdu prvého stupňa z r u š u j e a konanie z a s t a v u j e . Žiaden z účastníkov nemá právo na náhradu trov konania. o d ô v o d n e n i e : Napadnutým rozsudkom súd prvého stupňa uložil odporcovi povinnosť zaplatiť navrhovateľovi sumu XX,XX X. a náhradu trov konania v sume XX,XX X.. Predtým ako rozsudok súdu prvého stupňa nadobudol právoplatnosť, písomným podaním zo dňa XX.X.XXXX zobral navrhovateľ svoj návrh na začatie konania v celom rozsahu späť a konanie vo veci žiadal zastaviť z dôvodu, že odporca zomrel ešte pred podaním návrhu. Odvolací súd prejednal vec podľa § 208 O.s.p. bez nariadenia odvolacieho pojednávania podľa § 214 ods. 2 O. s. p. a dospel k záveru, že vzhľadom na to, že navrhovateľ zobral späť návrh po tom, čo rozsudok súdu prvého stupňa nenadobudol ešte právoplatnosť, späťvzatie návrhu navrhovateľom pripustil, napadnutý rozsudok súdu prvého stupňa zrušil a konanie, vzhľadom na to, že týmto dispozitívnym úkonom navrhovateľa zanikol predmet konania, zastavil (§ 208 O. s. p.). O náhrade trov konania rozhodol odvolací súd podľa § 224 ods. 1 a § 146 ods. 1, písm. c/ O. s. p. vzhľadom na to, že konanie bolo zastavené. Poučenie: Proti tomuto uzneseniu odvolanie nie je prípustné.</w:t>
      </w:r>
    </w:p>
    <w:p/>
    <w:p>
      <w:r>
        <w:t>Zdroj: KAUZIS.SK – https://www.kauzis.sk/judikatura/r/ECLI:SK:KSBA:2012:1411201113.2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