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3Co/109/2012 z 29. 3. 2012</w:t>
      </w:r>
    </w:p>
    <w:p>
      <w:r>
        <w:t>Uznesenie Krajského súdu Bratislava z 29. marca 2012, sp. zn. 3Co/109/2012, ECLI:SK:KSBA:2012:1411202560.1</w:t>
      </w:r>
    </w:p>
    <w:p>
      <w:r>
        <w:t>Súd: Krajský súd Bratislava</w:t>
      </w:r>
    </w:p>
    <w:p>
      <w:r>
        <w:t>Spisová značka: 3Co/109/2012</w:t>
      </w:r>
    </w:p>
    <w:p>
      <w:r>
        <w:t>ECLI: ECLI:SK:KSBA:2012:1411202560.1</w:t>
      </w:r>
    </w:p>
    <w:p>
      <w:r>
        <w:t>Dátum vydania: 29. 3. 2012</w:t>
      </w:r>
    </w:p>
    <w:p>
      <w:r>
        <w:t>Forma: Uznesenie</w:t>
      </w:r>
    </w:p>
    <w:p>
      <w:r>
        <w:t>Oblasť práva: Občianske právo</w:t>
      </w:r>
    </w:p>
    <w:p>
      <w:pPr>
        <w:pStyle w:val="Heading2"/>
      </w:pPr>
      <w:r>
        <w:t>Text rozhodnutia</w:t>
      </w:r>
    </w:p>
    <w:p>
      <w:r>
        <w:t>Súd: Krajský súd Bratislava Spisová značka: 3Co/109/2012 Identifikačné číslo súdneho spisu: 1411202560 Dátum vydania rozhodnutia: 30. 03. 2012 Meno a priezvisko sudcu, VSÚ: JUDr. Mária Šramková ECLI: ECLI:SK:KSBA:2012:1411202560.1 Uznesenie Krajský súd v Bratislave v právnej veci navrhovateľa: Slovak Telekom, a.s., Karadžičova 10, Bratislava, IČO: 35 763 469, zastúpeného: JUDr. Evou Vodovou, advokátkou, so sídlom Wilsonova 4, Bratislava, proti odporkyni: T. C., Q. F. W. XXX/XX, Q., o zaplatenie 498,10 Eur s príslušenstvom, o odvolaní odporkyne proti uzneseniu Okresného súdu Bratislava IV v Bratislave č.k. 24C/166/2011-66 zo dňa 16. januára 2012, takto r o z h o d o l : Odvolanie odporkyne sa o d m i e t a . o d ô v o d n e n i e : Napadnutým uznesením súd prvého stupňa návrh na zrušenie rozsudku Okresného súdu Bratislava IV č.k. 24C/166/2011-61 zo dňa 24.10.2011 zamietol. Proti uzneseniu podala odporkyňa odvolanie dňa 2.3.2012. Krajský súd v Bratislave ako súd odvolací / § 10 ods. 1 O.s.p./ preskúmal odvolanie podľa 214 ods. 2 O.s.p., predovšetkým z hľadiska včasnosti jeho podania a dospel k záveru, že bolo podané oneskorene Podľa § 204 ods. 1 O.s.p. odvolanie sa podáva do 15 dní od doručenia rozhodnutia na súde, proti rozhodnutiu ktorého smeruje. Ak bolo vydané opravné uznesenie, lehota plynie znovu od doručenia opravného uznesenia len v rozsahu vykonanej opravy. Podľa § 158 ods. 2 O.s.p. rovnopis písomného vyhotovenia rozsudku sa doručuje účastníkom, prípadne ich zástupcom do vlastných rúk. Podľa § 167 ods. 2 O.s.p. ak nie je ďalej ustanovené inak, použijú sa na uznesenie primerane ustanovenia o rozsudku. Podľa § 47 ods. 1 O.s.p. do vlastných rúk treba doručiť písomnosti, pri ktorých tak ustanovuje zákon, a iné písomnosti, ak to nariadi súd. Podľa § 45 ods. 2 O.s.p. údaje uvedené na potvrdení o doručení písomnosti (ďalej len "doručenka") sa považujú za pravdivé, ak nie je dokázaný opak. Podľa § 46 ods. 2 O.s.p. ak nebol adresát zastihnutý, hoci sa zdržuje v mieste doručenia, doručí sa inej dospelej osobe bývajúcej v tom istom byte alebo v tom istom dome alebo zamestnanej na tom istom pracovisku, ak je ochotná obstarať odovzdanie písomnosti. Ak nemožno ani takto doručiť, uloží sa písomnosť na pošte alebo na orgáne obce a adresát sa vhodným spôsobom vyzve, aby si písomnosť vyzdvihol. Písomnosť sa považuje za doručenú dňom, keď bola súdom vrátená, i keď sa adresát o tom nedozvedel. Napadnuté uznesenie za odporkyňu prevzala jej dcéra dňa 6.2.2012 (č.l.67), pričom prevzatie potvrdila svojim podpisom. Odvolací súd konštatoval, že v danej veci súd doručoval odporkyni uznesenie, ktoré nemuselo byť doručované do vlastných rúk, a preto ho mohla prevziať aj iná osoba, teda dcéra odporkyne. Odvolanie odporkyňa podala na pošte dňa 2.3.2012. Lehota na podanie odvolania odporkyni skončila po uplynutí 15 dní odo dňa prevzatia napadnutého uznesenia, teda dňa 21.2.2012, ktorý bol posledným dňom, kedy odporkyňa mohla odvolanie podať ( § 57 ods. 1, 2 O.s.p.). V danom prípade odvolanie odporkyne bolo podané oneskorene, teda 10 dní po lehote stanovenej zákonom. Odvolací súd z uvedených dôvodov odvolanie navrhovateľky ako oneskorene podané v zmysle ust. § 218 ods. 1 písm. a/ O.s.p. odmietol. Toto rozhodnutie prijal senát Krajského súdu v Bratislave pomerom hlasov 3:0. Poučenie: Proti tomuto uzneseniu odvolanie nie je prípustné.</w:t>
      </w:r>
    </w:p>
    <w:p/>
    <w:p>
      <w:r>
        <w:t>Zdroj: KAUZIS.SK – https://www.kauzis.sk/judikatura/r/ECLI:SK:KSBA:2012:1411202560.1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