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4Co/514/2011 z 28. 2. 2012</w:t>
      </w:r>
    </w:p>
    <w:p>
      <w:r>
        <w:t>Uznesenie Krajského súdu Bratislava z 28. februára 2012, sp. zn. 4Co/514/2011, ECLI:SK:KSBA:2012:1411203340.1</w:t>
      </w:r>
    </w:p>
    <w:p>
      <w:r>
        <w:t>Súd: Krajský súd Bratislava</w:t>
      </w:r>
    </w:p>
    <w:p>
      <w:r>
        <w:t>Spisová značka: 4Co/514/2011</w:t>
      </w:r>
    </w:p>
    <w:p>
      <w:r>
        <w:t>ECLI: ECLI:SK:KSBA:2012:1411203340.1</w:t>
      </w:r>
    </w:p>
    <w:p>
      <w:r>
        <w:t>Dátum vydania: 28. 2. 2012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4Co/514/2011 Identifikačné číslo súdneho spisu: 1411203340 Dátum vydania rozhodnutia: 29. 02. 2012 Meno a priezvisko sudcu, VSÚ: JUDr. Valéria Kleinová ECLI: ECLI:SK:KSBA:2012:1411203340.1 Uznesenie Krajský súd v Bratislave v právnej veci navrhovateľa: V.. M. Y., X.., bytom X. XX, H., proti odporkyni: V.. Z. Y., bytom X. XX, H., o zaplatenie 119.250,- CZK s príslušenstvom, na odvolanie navrhovateľa proti uzneseniu Okresného súdu Bratislava IV z 10. októbra 2011 č.k. 7C 124/2011-26, takto r o z h o d o l : Odvolací súd späťvzatie návrhu pripúšťa, napadnuté uznesenie súdu prvého stupňa z r u š u j e a konanie z a s t a v u j e. Odporkyni náhradu trov konania n e p r i z n á v a. o d ô v o d n e n i e : Napadnutým uznesením súd prvého stupňa zastavil konanie, v ktorom sa navrhovateľ domáhal zaplatenia 119.250,- CZK s príslušenstvom, žiadnemu z účastníkom nepriznal náhradu trov konania a navrhovateľovi vrátil súdny poplatok vo výške 286,37 eur prostredníctvom Daňového úradu Bratislava IV. Pri skúmaní podmienok konania zistil, že ide o prekážku začatého konania (§ 83 O.s.p.), pretože na súde už prebieha konanie o vyporiadanie bezpodielového spoluvlastníctva manželov pod sp.zn. 25C 331/2009, v ktorom sa koná aj o predmetnom dlhu, uplatnenom ako pasíva masy BSM účastníkov. Proti tomuto uzneseniu podal včas odvolanie odporca, ktorý žiadal napadnuté uznesenie súdu prvého stupňa zrušiť a vec mu vrátiť na ďalšie konanie. Namietal, že predmetný dlh nie je súčasťou BSM, vyporiadavaného v konaní 25C 331/2009 a ani v žiadnom inom konaní na Okresnom súde Bratislava IV a preto neexistujú žiadne prekážky, ktoré by súdu bránili konať vo veci. V priebehu odvolacieho konania vzal navrhovateľ svojím podaním zo dňa 14.12.2011, doručeným súdu prvého stupňa 16.12.2011, svoj návrh v konaní v celom rozsahu späť. Odporkyňa so späťvzatím návrhu navrhovateľa podaním zo dňa 27.01.2012, doručeným odvolaciemu súdu dňa 01.02.2012, súhlasila. Odvolací súd preskúmal vec podľa § 212 ods. 1 O.s.p. bez pojednávania podľa § 214 ods. 2 O.s.p. a dospel k záveru, že vzhľadom k tomu, že uznesenie súdu prvého stupňa ešte nenadobudlo právoplatnosť, bolo možné vziať návrh na začatie konania späť (208, § 96 ods. 1 O.s.p.), a keďže zo strany navrhovateľa došlo k účinnému späťvzatiu celého návrhu, pričom odporkyňa podaním so späťvzatím návrhu súhlasila, odvolací súd späťvzatie návrhu pripustil, uznesenie súdu prvého stupňa zrušil a konanie vo veci zastavil (§ 208 O.s.p.). O trovách konania rozhodol odvolací podľa § 224 ods. 1 a § 146 ods. 2 prvá veta O.s.p., v spojení s § 151 ods. 1 O.s.p. a odporkyni, ktorej vznikol nárok na náhradu trov konania, keďže zastavenie konania z procesného hadiska v dôsledku späťvzatia návrhu na začatie konania zavinil navrhovateľ, náhradu trov konania nepriznal, nakoľko jej v tomto konaní žiadne trovy nevznikli. Toto rozhodnutie senát Krajského súdu prijal pomerom hlasov 3 : 0. Poučenie: Proti tomuto uzneseniu odvolanie nie je prípustné.</w:t>
      </w:r>
    </w:p>
    <w:p/>
    <w:p>
      <w:r>
        <w:t>Zdroj: KAUZIS.SK – https://www.kauzis.sk/judikatura/r/ECLI:SK:KSBA:2012:1411203340.1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