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3Co/331/2012 z 27. 8. 2012</w:t>
      </w:r>
    </w:p>
    <w:p>
      <w:r>
        <w:t>Uznesenie Krajského súdu Bratislava z 27. augusta 2012, sp. zn. 3Co/331/2012, ECLI:SK:KSBA:2012:1411210361.1</w:t>
      </w:r>
    </w:p>
    <w:p>
      <w:r>
        <w:t>Súd: Krajský súd Bratislava</w:t>
      </w:r>
    </w:p>
    <w:p>
      <w:r>
        <w:t>Spisová značka: 3Co/331/2012</w:t>
      </w:r>
    </w:p>
    <w:p>
      <w:r>
        <w:t>ECLI: ECLI:SK:KSBA:2012:1411210361.1</w:t>
      </w:r>
    </w:p>
    <w:p>
      <w:r>
        <w:t>Dátum vydania: 27. 8. 2012</w:t>
      </w:r>
    </w:p>
    <w:p>
      <w:r>
        <w:t>Forma: Uznesenie</w:t>
      </w:r>
    </w:p>
    <w:p>
      <w:r>
        <w:t>Oblasť práva: Občianske právo</w:t>
      </w:r>
    </w:p>
    <w:p>
      <w:pPr>
        <w:pStyle w:val="Heading2"/>
      </w:pPr>
      <w:r>
        <w:t>Text rozhodnutia</w:t>
      </w:r>
    </w:p>
    <w:p>
      <w:r>
        <w:t>Súd: Krajský súd Bratislava Spisová značka: 3Co/331/2012 Identifikačné číslo súdneho spisu: 1411210361 Dátum vydania rozhodnutia: 28. 08. 2012 Meno a priezvisko sudcu, VSÚ: JUDr. Mária Šramková ECLI: ECLI:SK:KSBA:2012:1411210361.1 Uznesenie Krajský súd v Bratislave v právnej veci navrhovateľa: EOS KSI Slovensko, s.r.o., Údernícka 5, Bratislava, IČO: 35 724 803, zastúpený: TOMÁŠ KUŠNÍR, s.r.o., Advokátska kancelária, Údernícka 5, Bratislava, proti odporcovi: L. Y., O.. XX.XX.XXXX, V. O. G. XXXX/XX, V., o zaplatenie 1 016,41 eur s príslušenstvom, na odvolanie odporcu proti uzneseniu Okresného súdu Bratislava IV v Bratislave, č.k. 6C/294//2011-109 zo dňa 27.marca 2012, takto r o z h o d o l : Krajský súd v Bratislave uznesenie Okresného súdu Bratislava IV zo dňa 27.marca 2012, č.k. 6C/294/2011-109 v časti, ktorým uložil odporcovi zložiť preddavok na trovy spojené so znaleckým dokazovaním vo výške 300,- Eur p o t v r d z u j e . o d ô v o d n e n i e : Napadnutým uznesením súd prvého stupňa pribral do konania za znalca V.. U. O., V. Š. XXXX/XX, V., z odboru písmoznalectvo, odvetvie ručné písmo, a uložil mu otázku, na ktorú má zodpovedať v rámci znaleckého dokazovania. Súčasne účastníkom uložil, aby sa ustanovili na výzvu znalca na určené miesto, podali mu potrebné vysvetlenie, dali mu k dispozícii všetky podklady, ktoré bude potrebovať na zhotovenie znaleckého posudku, pod hrozbou uloženia poriadkovej pokuty. Taktiež uložil odporcovi, aby do 15 dní od doručenia uznesenia zložil preddavok na trovy spojené s podaním znaleckého posudku v sume 300,- Eur. V odôvodnení poukázal na to, že pri skúmaní podmienok na uloženie povinnosti zložiť preddavok na trovy dôkazu má význam to, či účastník, ktorý by mal preddavok zložiť, nespĺňa predpoklady na oslobodenie od platenia súdnych poplatkov podľa § 138 ods. 1 O.s.p.. Pri rozhodovaní o preddavku rozhoduje záujem účastníka. V záujme účastníka je vykonanie dôkazu aj vtedy, ak by vykonanie dôkazu mohlo vyvrátiť tvrdenie protistrany. Proti tomuto uzneseniu podal odvolanie odporca podaním zo dňa 27.5.2012 v časti, ktorou bol zaviazaný na úhradu preddavku na znalečné. Uviedol, že sa odvoláva proti uzneseniu, ktorým mu bolo uložené zaplatiť za písmoznalectvo, nakoľko prvýkrát na súde sa štyrikrát podpísal. Ďalej uviedol, že manželka dala trestné oznámenie na neznámeho páchateľa ešte v roku 2008, a tento doklad má aj právny zástupca navrhovateľa. Krajský súd v Bratislave ako súd odvolací (§ 10 ods. 1 O.s.p.) prejednal vec v rozsahu podľa § 212 ods. 1 O.s.p. bez nariadenia pojednávania a dospel k záveru, že odvolaniu odporcu voči výroku, ktorým mu súd uložil zaplatiť preddavok na trovy spojené so znaleckým dokazovaním nie je možné vyhovieť. Podľa § 141 ods. 1 O.s.p., súd môže uložiť účastníkovi, u ktorého nie sú podmienky na oslobodenie od súdnych poplatkov, aby zložil preddavok na trovy dôkazu, ktorý navrhol alebo ktorý nariadil súd o skutočnostiach ním uvedených alebo v jeho záujme. Odvolací súd poukazuje na to, že zo spisu vyplýva, že súd prvého stupňa nariadil znalecké dokazovanie za účelom zistenia, či podpisy na žiadosti o uzavretie zmluvy o pripojení, Dodatku k zmluve o pripojení patria odporcovi. Odporca tvrdí, že podpisy na zmluve, ako aj na Dodatku k zmluve nie sú jeho podpismi. Vzhľadom na vyššie uvedené, nariadenie znaleckého dokazovania je v záujme odporcu. Odvolací súd rovnako ako súd prvého stupňa mal za to, že je v záujme účastníka vykonanie dôkazu vtedy, ak by vykonaným dôkazom mohlo byť vyvrátené tvrdenie protistrany. Súd prvého stupňa preto správne uložil povinnosť zložiť preddavok na trovy znaleckého dokazovania odporcovi. Odvolací súd preto potvrdil napadnuté uznesenie vo výroku, ktorým súd uložil odporcovi zaplatiť preddavok na trovy spojené so znaleckým dokazovaním, ako vecne správne podľa § 219 ods. 1 O.s.p.. Toto rozhodnutie prijal senát Krajského súdu v Bratislave pomerom hlasov 3:0. Poučenie: Proti tomuto uzneseniu odvolanie nie je prípustné.</w:t>
      </w:r>
    </w:p>
    <w:p/>
    <w:p>
      <w:r>
        <w:t>Zdroj: KAUZIS.SK – https://www.kauzis.sk/judikatura/r/ECLI:SK:KSBA:2012:1411210361.1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