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14Co/198/2012 z 21. 5. 2012</w:t>
      </w:r>
    </w:p>
    <w:p>
      <w:r>
        <w:t>Uznesenie Krajského súdu Bratislava z 21. mája 2012, sp. zn. 14Co/198/2012, ECLI:SK:KSBA:2012:1411210506.1</w:t>
      </w:r>
    </w:p>
    <w:p>
      <w:r>
        <w:t>Súd: Krajský súd Bratislava</w:t>
      </w:r>
    </w:p>
    <w:p>
      <w:r>
        <w:t>Spisová značka: 14Co/198/2012</w:t>
      </w:r>
    </w:p>
    <w:p>
      <w:r>
        <w:t>ECLI: ECLI:SK:KSBA:2012:1411210506.1</w:t>
      </w:r>
    </w:p>
    <w:p>
      <w:r>
        <w:t>Dátum vydania: 21. 5.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14Co/198/2012 Identifikačné číslo súdneho spisu: 1411210506 Dátum vydania rozhodnutia: 22. 05. 2012 Meno a priezvisko sudcu, VSÚ: JUDr. Edita Szabová ECLI: ECLI:SK:KSBA:2012:1411210506.1 Uznesenie Krajský súd v Bratislave v právnej veci navrhovateľky: B. E., H.. X.X.XXXX, C. K. XX, C., proti odporcovi: N. E., H.. XX.X.XXXX, C. K. XX, C., o rozvod manželstva, o odvolaní navrhovateľky a odporcu proti rozsudku Okresného súdu Bratislava IV, č.k. 18C/63/2011-20, zo dňa 7.2.2012 a o späťvzatí návrhu r o z h o d o l : Krajský súd v Bratislave späťvzatie návrhu na začatie konania pripúšťa, rozsudok Okresného súdu Bratislava IV, č.k. 18C/63/2011-20 zo dňa 7.2.2012 z r u š u j e a konanie z a s t a v u j e. o d ô v o d n e n i e : Návrhom doručeným súdu dňa 2.8.2011 sa navrhovateľka domáhala rozvodu jej manželstva s odporcom z dôvodu, že ich vzťahy sú vážne rozvrtené a ich manželstvo neplní svoj spoločenský účel. Odporca s návrhom na rozvod nesúhlasil. Súd prvého stupňa rozsudkom č.k. 18C/63/2011-20, zo dňa 7.2.2012 rozviedol manželstvo účastníkov konania a o trovách konania rozhodol tak, že žiadnemu z nich nepriznal náhradu trov konania. Navrhovateľka podala včas proti rozsudku odvolanie, v ktorom súdu oznámila, že s odporcom sa snažia o obnovenie manželského spolužitia. Toto podanie súd vyhodnotil ako späťvzatie návrhu na začatie konania. Podaním zo dňa 30.3.2012 odporca súdu oznámil, že s rozvodom jeho manželstva s navrhovateľkou nikdy nesúhlasil a teraz sa v ich vzťahu zmenila situácia, keďže sa dohodli na tom, že sa pokúsia o obnovenie manželského spolužitia. Podľa obsahu podania súdu toto vyhodnotil ako súhlas so späťvzatím návrhu. Podľa § 208 O.s.p. ak je návrh na začatie konania vzatý späť, keď už rozhodol súd prvého stupňa, ale jeho rozhodnutie dosiaľ nie je právoplatné, odvolací súd rozhodne o pripustení späťvzatia. Súd späťvzatie nepripustí, ak s tým druhý účastník nesúhlasí. Ak späťvzatie pripustí, odvolací súd zruší rozhodnutie súdu prvého stupňa a konanie zastaví. Odvolací súd preto podľa ust. § 208 O.s.p. späťvzatie žalobného návrhu pripustil, rozsudok prvostupňového súdu zrušil a konanie vo veci zastavil. O trovách konania súd rozhodol v zmysle § 214 ods. 1 O.s.p., v spojení s ust. § 144 veta prvá O.s.p. tak, že nepriznal ani jednému z účastníkov náhradu trov konania. Poučenie: Proti tomuto uzneseniu odvolanie nie je prípustné.</w:t>
      </w:r>
    </w:p>
    <w:p/>
    <w:p>
      <w:r>
        <w:t>Zdroj: KAUZIS.SK – https://www.kauzis.sk/judikatura/r/ECLI:SK:KSBA:2012:1411210506.1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